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🧑‍🏫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מהדורה למורה – מפתח תשובות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🕎 כסליו–חנוכה · חט״ב – מהדורה למורה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מפתח לכל 3 המסלולים (רגיל · חנ״מ · עולים) ולכל המשחקים בחוברות התלמיד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ליה – ליה. בפתק דלקו "שבעה נרות ושמש" – הערב השביעי, וכותב הפתק "גירר תפוחי אדמה" עם "מישהי בת תשעים". ביונתן ובליה מדובר באותו ערב, אבל רק ליה בישלה במטבח עם הדיירים המבוגרים.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כמה נרות דלקו בערב שבו נכתב הפתק, ומה זה מלמד? ← שבעה ושמש – זה הערב השביעי (שולל: אורי, מאיה)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אפשר להסיק מהמשפט "גיררנו תפוחי אדמה"? ← כותב הפתק היה במטבח והכין לביבות (שולל: יונתן)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למה הלילה היה "החשוך ביותר של החודש"? ← כי סמוך לראש חודש הירח כמעט אינו נראה (שולל: אורי)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שורש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חינוך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מקדש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תקווה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תיבות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פיצחתם! גם אור קטן יכול להיות התחלה של דרך חדשה.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אחדות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מודיעין: מודיעין → 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בית המקדש: חנוכת הבית ↔ פתיחה מחודשת וחגיגית של מקום · פך שמן ↔ כלי קטן ששמר על שמן טהור · מנורה ↔ כלי של שבעה קנים במקדש · חנוכייה ↔ כלי של שמונה קנים ועוד שמש → 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המטבח הקהילתי: ספינג׳ ↔ טבעת בצק מטוגנת, מוכרת מקהילות צפון אפריקה · לביבות ↔ מתפוחי אדמה מגוררים, מוכרות מקהילות מזרח אירופה · סופגנייה ↔ בצק תפוח עם מילוי, כוכבת החג בישראל → 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שולחן הסביבון: בישראל פ (פה), בחוץ לארץ ש (שם)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חג הבנות: כבוד והוקרה לבנות ולנשים בראש חודש טבת → 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השלטון הסלווקי אסר על היהודים לקיים את מנהגיהם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משפחת החשמונאים יצאה למאבק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בית המקדש שוחרר, נוקה וטוהר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נמצא פך שמן טהור אחד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המנורה דלקה שמונה ימים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חכמים קבעו את חנוכה כחג לדורות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סיבה: מפני שהשמן הספיק ליום אחד בלבד · כיוון שרוצים לפרסם את הנס · בגלל שהלילות בכסלו ארוכים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תוצאה: ולכן מדליקים את הנרות ליד החלון · לכן אוכלים מאכלים מטוגנים בשמן · ולכן החג נקרא גם חג האורים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מסורת עתיקה: ברכות על הנרות · שירת מעוז צור · משחק בסביבון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מנהג של היום: חנוכייה ענקית בכיכר העיר · חנוכיית לד בכיתה · סופגניות במילויים צבעוניים ומפתיעים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תבחר הכיתה לעשות בערב הראשון? ← לצאת לדיור המוגן ולהדליק עם הדיירים. ההמשך: הכיתה יצאה לדיור המוגן הסמוך. דיירת אחת סיפרה על החנוכייה שהביאה איתה כשעלתה לארץ, והתלמידים הקשיבו בשקט.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תגיב הכיתה? ← יזמינו אותו לבחור מעשה טוב בדרכו. ההמשך: נועם בחר לבנות עם חברים חנוכייה מבקבוקים ממוחזרים ולתרום אותה לגן הסמוך. "גם זה אור," אמר.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יעשו התלמידים? ← ידליקו כל אחד בביתו באותה שעה בדיוק. ההמשך: בשש בדיוק דלקו חלונות בכל השכונה. מי שהציץ החוצה ראה שורות של אור קטן בתוך החושך.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תהיה המסקנה של הכיתה? ← השמש – כי בלעדיו אף נר לא היה נדלק. ההמשך: התלמידים הבינו: השמש אינו נספר בין שמונת הנרות, אבל הוא מדליק את כולם. "אולי כל אחד מאיתנו יכול להיות שמש של מישהו," כתבה ליה ביומן.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חלה – היא אינה מטוגנת בשמן – ולכן אינה זכר לפך השמן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חנות – השורש שלה שונה, ואין לה קשר להתחלה ולחניכה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ט״ו בשבט – הוא אינו חל בתוך ימי חנוכה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ייאוש – הוא ההפך מהמסר של פך השמן – לוותר כשנראה שאין סיכוי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צום – חנוכה הוא חג של שמחה, ובימיו לא נוהגים לצום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כי הוא נותן מאורו לאחרים ואורו לא קטן מכך · 2) נקודת המבט של המספר · 3) החג מוסיף אור בתקופה החשוכה בשנה · 4) יש דברים שערכם בעצם המבט בהם · 5) כל קהילה התאימה את המנהג למטבח ולחומרים שלה · 6) שניהם עוסקים בתקווה שמתגשמת למרות קשיים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 · 9) נכון · 10)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כאשר · (2) לפי · (3) ולכן · (4) אף על פי ש · (5) בעוד 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בהבית → בבית · שלוש נרות → שלושה נרות · הסופגניות החם → הסופגניות החמות · השמש הגבוהה → השמש הגבוה · עשרה דקות → עשר דקות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רוני – רוני. היא מכינה עבודה על חנוכה. ליד הסביבון היה ספר על חנוכה.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מי לא הגיע היום לבית הספר? ← עדי (שולל: עדי)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על מה הספר שליד הסביבון? ← על חנוכה 📘 (שולל: גיל)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מי מכינה עבודה על חנוכה? ← רוני (שולל: גיל)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נרות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לביבות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שמש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כל הכבוד! פיצחתם את הצופן. 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נרות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לוח השנה: כסלו →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החנוכייה: שמונה ועוד שמש → 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המטבח: לביבות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הסביבון: פה – בארץ ישראל → 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מדליקים את השמש 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מברכים 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מדליקים את הנרות 🕎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שרים יחד 🎶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אוכל 🍩: סופגנייה · לביבה · ספינג׳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אור 🕯️: נר · שמש · חנוכייה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דניאל יעשה? ← ירים יד ויתנדב. ההמשך: דניאל מרים יד. הוא יקריא שורה אחת בטקס. 🎤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יעזור לו? ← להתאמן שוב עם חברה. ההמשך: רוני מתאמנת איתו. הם צוחקים יחד. 😄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יקרה? ← דניאל יקריא בקול ברור. ההמשך: דניאל מקריא: "מעט אור דוחה הרבה חושך." כולם מוחאים כפיים. 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🥗 סלט – הוא לא מטוגן בשמן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❄️ שלג – הוא לא נותן אור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חנוכה – זה חג, לא חודש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אותו שורש: ח-נ-ך · 2) כדי שכולם יראו את האור · 3) גם מעט יכול להספיק ולתת תקווה · 4) מדליק את שאר הנרות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כי · (2) כדי · (3)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שלוש נרות → שלושה נרות · הסופגנייה המתוק → הסופגנייה המתוקה · בהבית → בבית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נטלי – נטלי. ההזמנה כתובה בצרפתית, ונטלי מדברת צרפתית. בהזמנה יש ספינג׳, ונטלי אוהבת לבשל ספינג׳.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באילו שפות כתובה ההזמנה? ← עברית וצרפתית (שולל: מיכאל)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 לא בא לכיתה השבוע? ← יוסף (שולל: יוסף)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איזה מאכל יש בהזמנה? ← ספינג׳ (שולל: מיכאל)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חורף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לילות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סביבון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אותיות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כל הכבוד! למדתם מילים חדשות לחנוכה. 🕯️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שמחה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לוח השנה: כ״ה בכסלו → 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פינת הפעלים: להדליק ↔ לתת אש לנר · לטגן ↔ לבשל בשמן חם · לסובב ↔ להזיז במעגל → 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פינת הברכות: חג שמח ↔ ברכה לחג · נס גדול היה פה ↔ המשפט שעל הסביבון · מעט אור דוחה הרבה חושך ↔ גם דבר קטן עוזר → 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שולחן הסביבון: פ → 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מסדרים נרות בחנוכייה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מדליקים את השמש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מברכים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מדליקים את הנרות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שרים שיר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עובדה: חנוכה בחורף · יש שמונה נרות ועוד שמש · על הסביבון יש ארבע אותיות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דעה: סופגנייה עם ריבה הכי טעימה · חנוכה החג הכי יפה · המשחק בסביבון משעמם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דניס יעשה? ← יספר על חג חורף מהבית הקודם. ההמשך: דניס מספר על שלג ועל אורות בחלונות. כולם שואלים שאלות. הוא מחייך.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דניס יביא? ← לביבות לפי מתכון מהבית. ההמשך: דניס מביא לביבות. יש בהן בצל. "ככה מכינים אצלנו," הוא אומר. 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מי ידליק את הנר האחרון? ← דניס, יחד עם חבר. ההמשך: דניס ועמית מדליקים יחד את הנר השמיני. "עכשיו אני מרגיש בבית," אומר דניס. 🕎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מקרר – הוא לא נותן אור של חג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חורף – זו עונה, לא חודש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שולחן – זה שם עצם, לא פועל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נס גדול – זו לא ברכה שאומרים לאנשים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גם דבר קטן יכול להספיק ולתת תקווה · 2) להראות סדר בזמן · 3) כדי שכל העוברים ברחוב יראו · 4) ניגוד – משהו שונה ומשהו דומה · 5) שניהם מביאים אור חדש ומסורות חדשות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לכן · (2) קודם · (3) אחר כך · (4)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המשפחה שלי מדליק → המשפחה שלי מדליקה · ארבע נרות → ארבעה נרות · החנוכייה היפה עומד → החנוכייה היפה עומדת · להמטבח → למטבח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חנוכה תשפ״ז: נר ראשון בערב 4.12.2026 (כ״ה בכסליו) –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ראש חודש טבת חל בערך בערב/ביום השישי–השביעי של חנוכה (תלוי אם כסלו מלא או חסר) –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חג הבנות – מנהג קהילות צפון אפריקה בראש חודש טבת; פרטים משתנים בין קהילות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משפחת החשמונאים ממודיעין – לפי המסורת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השורש של "חנות" – לוודא במילון (ח־נ־ה)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באולם/בכיתה – נרות LED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חנוכה 2026 (תשפ״ז): נר ראשון ביום שישי בערב, 4.12.2026 – לוודא בלוח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ראש חודש טבת חל בתוך חנוכה – לוודא תאריך לשנה הנוכחית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44 נרות בסך הכול (36 + 8 שמשים) – חישוב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„סופגנין” מופיעים כבר בספרות חז״ל; „לביבות” בתנ״ך (שמואל ב׳ י״ג) –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חג הבנות – מנהג בקהילות מצפון אפריקה, בעיקר תוניסיה ואלג׳יריה – לוודא פרטים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פרשות וישב ומקץ (חלומות יוסף) נקראות בדרך כלל בכסליו/חנוכה – לוודא לשנה הנוכחית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הגזרות של אנטיוכוס (המאה ה-2 לפני הספירה) – מוצג לפי המסורת והספרים החיצוניים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🕎 כסליו–חנוכה · חט״ב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