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jc w:val="right"/>
      </w:pPr>
    </w:p>
    <w:p>
      <w:pPr>
        <w:bidi/>
        <w:jc w:val="center"/>
      </w:pPr>
      <w:r>
        <w:rPr>
          <w:rFonts w:ascii="Arial" w:hAnsi="Arial" w:cs="Arial"/>
          <w:sz w:val="80"/>
          <w:rtl/>
          <w:szCs w:val="80"/>
        </w:rPr>
        <w:t>🕎</w:t>
      </w:r>
    </w:p>
    <w:p>
      <w:pPr>
        <w:bidi/>
        <w:pStyle w:val="Title"/>
        <w:jc w:val="center"/>
      </w:pPr>
      <w:r>
        <w:rPr>
          <w:rFonts w:ascii="Arial" w:hAnsi="Arial" w:cs="Arial"/>
          <w:b/>
          <w:color w:val="4B2BA8"/>
          <w:sz w:val="48"/>
          <w:rtl/>
          <w:szCs w:val="48"/>
          <w:bCs/>
        </w:rPr>
        <w:t>משחקי טקסט ומשימות – גרסת נייר</w:t>
      </w:r>
    </w:p>
    <w:p>
      <w:pPr>
        <w:bidi/>
        <w:jc w:val="center"/>
      </w:pPr>
      <w:r>
        <w:rPr>
          <w:rFonts w:ascii="Arial" w:hAnsi="Arial" w:cs="Arial"/>
          <w:color w:val="555577"/>
          <w:sz w:val="28"/>
          <w:rtl/>
          <w:szCs w:val="28"/>
        </w:rPr>
        <w:t>🕎 כסליו–חנוכה · יסודי – עולים חדשים · חוברת תלמיד</w:t>
      </w:r>
    </w:p>
    <w:p>
      <w:pPr>
        <w:bidi/>
        <w:jc w:val="right"/>
      </w:pPr>
      <w:r>
        <w:rPr>
          <w:rFonts w:ascii="Arial" w:hAnsi="Arial" w:cs="Arial"/>
          <w:sz w:val="28"/>
          <w:rtl/>
          <w:szCs w:val="28"/>
        </w:rPr>
        <w:t>בחוברת: בלש הטקסט · צופן סודי · דרכון תחנות · מיון וציר זמן · נחשו ובדקו · יוצא דופן · משחקי סיום</w:t>
      </w:r>
    </w:p>
    <w:p>
      <w:pPr>
        <w:bidi/>
        <w:jc w:val="right"/>
      </w:pPr>
      <w:r>
        <w:rPr>
          <w:rFonts w:ascii="Arial" w:hAnsi="Arial" w:cs="Arial"/>
          <w:b/>
          <w:sz w:val="24"/>
          <w:rtl/>
          <w:szCs w:val="24"/>
          <w:bCs/>
        </w:rPr>
        <w:t>שם: ____________   כיתה: ______   תאריך: ______</w:t>
      </w:r>
    </w:p>
    <w:p>
      <w:pPr>
        <w:bidi/>
        <w:pStyle w:val="Heading1"/>
        <w:jc w:val="right"/>
      </w:pPr>
      <w:r>
        <w:rPr>
          <w:rFonts w:ascii="Arial" w:hAnsi="Arial" w:cs="Arial"/>
          <w:b/>
          <w:color w:val="4B2BA8"/>
          <w:sz w:val="40"/>
          <w:rtl/>
          <w:szCs w:val="40"/>
          <w:bCs/>
        </w:rPr>
        <w:t>חלק א׳ – 🕵️ 🔍 מִי הֵבִיא אֶת הַלְּבִיבוֹת?</w:t>
      </w:r>
    </w:p>
    <w:p>
      <w:pPr>
        <w:bidi/>
        <w:jc w:val="right"/>
      </w:pPr>
      <w:r>
        <w:rPr>
          <w:rFonts w:ascii="Arial" w:hAnsi="Arial" w:cs="Arial"/>
          <w:color w:val="555577"/>
          <w:sz w:val="28"/>
          <w:rtl/>
          <w:szCs w:val="28"/>
        </w:rPr>
        <w:t>התיק: מִי הֵבִיא אֶת הַלְּבִיבוֹת לַמְּסִבָּה? קראו את הטקסט, ענו על שאלות הרמזים, וסמנו ✖ על כל חשוד/ה שנשלל/ה.</w:t>
      </w:r>
    </w:p>
    <w:p>
      <w:pPr>
        <w:bidi/>
        <w:jc w:val="right"/>
      </w:pPr>
      <w:r>
        <w:rPr>
          <w:rFonts w:ascii="Arial" w:hAnsi="Arial" w:cs="Arial"/>
          <w:b/>
          <w:color w:val="6A3FD4"/>
          <w:sz w:val="26"/>
          <w:rtl/>
          <w:szCs w:val="26"/>
          <w:bCs/>
        </w:rPr>
        <w:t>▌ הטקסט</w:t>
      </w:r>
    </w:p>
    <w:p>
      <w:pPr>
        <w:bidi/>
        <w:jc w:val="right"/>
      </w:pPr>
      <w:r>
        <w:rPr>
          <w:rFonts w:ascii="Arial" w:hAnsi="Arial" w:cs="Arial"/>
          <w:sz w:val="28"/>
          <w:rtl/>
          <w:szCs w:val="28"/>
        </w:rPr>
        <w:t>הַיּוֹם יֵשׁ מְסִבַּת חֲנֻכָּה בַּכִּתָּה. 🎉 עַל הַשֻּׁלְחָן יֵשׁ צַלַּחַת עִם לְבִיבוֹת חַמּוֹת. מִי הֵבִיא אוֹתָן? יֵשׁ אַרְבָּעָה תַּלְמִידִים: סַשָׁה, אָמִיר, לֵאָה וְיוֹנָתָן. סַשָׁה הֵבִיא סֻפְגָּנִיּוֹת. 🍩 אָמִיר הִגִּיעַ בָּאוֹטוֹבּוּס, בְּלִי שַׂקִּית וּבְלִי תִּיק. לֵאָה אוֹהֶבֶת לְבַשֵּׁל. הַיָּדַיִם שֶׁל לֵאָה מְרִיחוֹת תַּפּוּחֵי אֲדָמָה. 🥔 יוֹנָתָן הֵבִיא מִיץ תַּפּוּזִים. 🍊</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2606"/>
        <w:gridCol w:w="2606"/>
        <w:gridCol w:w="2606"/>
        <w:gridCol w:w="2606"/>
      </w:tblGrid>
      <w:tr>
        <w:tc>
          <w:tcPr>
            <w:tcW w:type="dxa" w:w="2606"/>
            <w:shd w:val="clear" w:fill="E5DBFF"/>
          </w:tcPr>
          <w:p>
            <w:pPr>
              <w:bidi/>
              <w:jc w:val="right"/>
            </w:pPr>
            <w:r>
              <w:rPr>
                <w:rFonts w:ascii="Arial" w:hAnsi="Arial" w:cs="Arial"/>
                <w:b/>
                <w:sz w:val="26"/>
                <w:rtl/>
                <w:szCs w:val="26"/>
                <w:bCs/>
              </w:rPr>
            </w:r>
          </w:p>
        </w:tc>
        <w:tc>
          <w:tcPr>
            <w:tcW w:type="dxa" w:w="2606"/>
            <w:shd w:val="clear" w:fill="E5DBFF"/>
          </w:tcPr>
          <w:p>
            <w:pPr>
              <w:bidi/>
              <w:jc w:val="right"/>
            </w:pPr>
            <w:r>
              <w:rPr>
                <w:rFonts w:ascii="Arial" w:hAnsi="Arial" w:cs="Arial"/>
                <w:b/>
                <w:sz w:val="26"/>
                <w:rtl/>
                <w:szCs w:val="26"/>
                <w:bCs/>
              </w:rPr>
              <w:t>החשוד/ה</w:t>
            </w:r>
          </w:p>
        </w:tc>
        <w:tc>
          <w:tcPr>
            <w:tcW w:type="dxa" w:w="2606"/>
            <w:shd w:val="clear" w:fill="E5DBFF"/>
          </w:tcPr>
          <w:p>
            <w:pPr>
              <w:bidi/>
              <w:jc w:val="right"/>
            </w:pPr>
            <w:r>
              <w:rPr>
                <w:rFonts w:ascii="Arial" w:hAnsi="Arial" w:cs="Arial"/>
                <w:b/>
                <w:sz w:val="26"/>
                <w:rtl/>
                <w:szCs w:val="26"/>
                <w:bCs/>
              </w:rPr>
              <w:t>תיאור</w:t>
            </w:r>
          </w:p>
        </w:tc>
        <w:tc>
          <w:tcPr>
            <w:tcW w:type="dxa" w:w="2606"/>
            <w:shd w:val="clear" w:fill="E5DBFF"/>
          </w:tcPr>
          <w:p>
            <w:pPr>
              <w:bidi/>
              <w:jc w:val="right"/>
            </w:pPr>
            <w:r>
              <w:rPr>
                <w:rFonts w:ascii="Arial" w:hAnsi="Arial" w:cs="Arial"/>
                <w:b/>
                <w:sz w:val="26"/>
                <w:rtl/>
                <w:szCs w:val="26"/>
                <w:bCs/>
              </w:rPr>
              <w:t>נשלל/ה? ✖</w:t>
            </w:r>
          </w:p>
        </w:tc>
      </w:tr>
      <w:tr>
        <w:tc>
          <w:tcPr>
            <w:tcW w:type="dxa" w:w="2606"/>
          </w:tcPr>
          <w:p>
            <w:pPr>
              <w:bidi/>
              <w:jc w:val="right"/>
            </w:pPr>
            <w:r>
              <w:rPr>
                <w:rFonts w:ascii="Arial" w:hAnsi="Arial" w:cs="Arial"/>
                <w:sz w:val="26"/>
                <w:rtl/>
                <w:szCs w:val="26"/>
              </w:rPr>
              <w:t>🍩</w:t>
            </w:r>
          </w:p>
        </w:tc>
        <w:tc>
          <w:tcPr>
            <w:tcW w:type="dxa" w:w="2606"/>
          </w:tcPr>
          <w:p>
            <w:pPr>
              <w:bidi/>
              <w:jc w:val="right"/>
            </w:pPr>
            <w:r>
              <w:rPr>
                <w:rFonts w:ascii="Arial" w:hAnsi="Arial" w:cs="Arial"/>
                <w:sz w:val="26"/>
                <w:rtl/>
                <w:szCs w:val="26"/>
              </w:rPr>
              <w:t>סַשָׁה</w:t>
            </w:r>
          </w:p>
        </w:tc>
        <w:tc>
          <w:tcPr>
            <w:tcW w:type="dxa" w:w="2606"/>
          </w:tcPr>
          <w:p>
            <w:pPr>
              <w:bidi/>
              <w:jc w:val="right"/>
            </w:pPr>
            <w:r>
              <w:rPr>
                <w:rFonts w:ascii="Arial" w:hAnsi="Arial" w:cs="Arial"/>
                <w:sz w:val="26"/>
                <w:rtl/>
                <w:szCs w:val="26"/>
              </w:rPr>
              <w:t>הֵבִיא מַשֶּׁהוּ מָתוֹק</w:t>
            </w:r>
          </w:p>
        </w:tc>
        <w:tc>
          <w:tcPr>
            <w:tcW w:type="dxa" w:w="2606"/>
          </w:tcPr>
          <w:p>
            <w:pPr>
              <w:bidi/>
              <w:jc w:val="right"/>
            </w:pPr>
            <w:r>
              <w:rPr>
                <w:rFonts w:ascii="Arial" w:hAnsi="Arial" w:cs="Arial"/>
                <w:sz w:val="26"/>
                <w:rtl/>
                <w:szCs w:val="26"/>
              </w:rPr>
              <w:t>☐</w:t>
            </w:r>
          </w:p>
        </w:tc>
      </w:tr>
      <w:tr>
        <w:tc>
          <w:tcPr>
            <w:tcW w:type="dxa" w:w="2606"/>
          </w:tcPr>
          <w:p>
            <w:pPr>
              <w:bidi/>
              <w:jc w:val="right"/>
            </w:pPr>
            <w:r>
              <w:rPr>
                <w:rFonts w:ascii="Arial" w:hAnsi="Arial" w:cs="Arial"/>
                <w:sz w:val="26"/>
                <w:rtl/>
                <w:szCs w:val="26"/>
              </w:rPr>
              <w:t>🚌</w:t>
            </w:r>
          </w:p>
        </w:tc>
        <w:tc>
          <w:tcPr>
            <w:tcW w:type="dxa" w:w="2606"/>
          </w:tcPr>
          <w:p>
            <w:pPr>
              <w:bidi/>
              <w:jc w:val="right"/>
            </w:pPr>
            <w:r>
              <w:rPr>
                <w:rFonts w:ascii="Arial" w:hAnsi="Arial" w:cs="Arial"/>
                <w:sz w:val="26"/>
                <w:rtl/>
                <w:szCs w:val="26"/>
              </w:rPr>
              <w:t>אָמִיר</w:t>
            </w:r>
          </w:p>
        </w:tc>
        <w:tc>
          <w:tcPr>
            <w:tcW w:type="dxa" w:w="2606"/>
          </w:tcPr>
          <w:p>
            <w:pPr>
              <w:bidi/>
              <w:jc w:val="right"/>
            </w:pPr>
            <w:r>
              <w:rPr>
                <w:rFonts w:ascii="Arial" w:hAnsi="Arial" w:cs="Arial"/>
                <w:sz w:val="26"/>
                <w:rtl/>
                <w:szCs w:val="26"/>
              </w:rPr>
              <w:t>הִגִּיעַ בָּאוֹטוֹבּוּס</w:t>
            </w:r>
          </w:p>
        </w:tc>
        <w:tc>
          <w:tcPr>
            <w:tcW w:type="dxa" w:w="2606"/>
          </w:tcPr>
          <w:p>
            <w:pPr>
              <w:bidi/>
              <w:jc w:val="right"/>
            </w:pPr>
            <w:r>
              <w:rPr>
                <w:rFonts w:ascii="Arial" w:hAnsi="Arial" w:cs="Arial"/>
                <w:sz w:val="26"/>
                <w:rtl/>
                <w:szCs w:val="26"/>
              </w:rPr>
              <w:t>☐</w:t>
            </w:r>
          </w:p>
        </w:tc>
      </w:tr>
      <w:tr>
        <w:tc>
          <w:tcPr>
            <w:tcW w:type="dxa" w:w="2606"/>
          </w:tcPr>
          <w:p>
            <w:pPr>
              <w:bidi/>
              <w:jc w:val="right"/>
            </w:pPr>
            <w:r>
              <w:rPr>
                <w:rFonts w:ascii="Arial" w:hAnsi="Arial" w:cs="Arial"/>
                <w:sz w:val="26"/>
                <w:rtl/>
                <w:szCs w:val="26"/>
              </w:rPr>
              <w:t>👩‍🍳</w:t>
            </w:r>
          </w:p>
        </w:tc>
        <w:tc>
          <w:tcPr>
            <w:tcW w:type="dxa" w:w="2606"/>
          </w:tcPr>
          <w:p>
            <w:pPr>
              <w:bidi/>
              <w:jc w:val="right"/>
            </w:pPr>
            <w:r>
              <w:rPr>
                <w:rFonts w:ascii="Arial" w:hAnsi="Arial" w:cs="Arial"/>
                <w:sz w:val="26"/>
                <w:rtl/>
                <w:szCs w:val="26"/>
              </w:rPr>
              <w:t>לֵאָה</w:t>
            </w:r>
          </w:p>
        </w:tc>
        <w:tc>
          <w:tcPr>
            <w:tcW w:type="dxa" w:w="2606"/>
          </w:tcPr>
          <w:p>
            <w:pPr>
              <w:bidi/>
              <w:jc w:val="right"/>
            </w:pPr>
            <w:r>
              <w:rPr>
                <w:rFonts w:ascii="Arial" w:hAnsi="Arial" w:cs="Arial"/>
                <w:sz w:val="26"/>
                <w:rtl/>
                <w:szCs w:val="26"/>
              </w:rPr>
              <w:t>אוֹהֶבֶת לְבַשֵּׁל</w:t>
            </w:r>
          </w:p>
        </w:tc>
        <w:tc>
          <w:tcPr>
            <w:tcW w:type="dxa" w:w="2606"/>
          </w:tcPr>
          <w:p>
            <w:pPr>
              <w:bidi/>
              <w:jc w:val="right"/>
            </w:pPr>
            <w:r>
              <w:rPr>
                <w:rFonts w:ascii="Arial" w:hAnsi="Arial" w:cs="Arial"/>
                <w:sz w:val="26"/>
                <w:rtl/>
                <w:szCs w:val="26"/>
              </w:rPr>
              <w:t>☐</w:t>
            </w:r>
          </w:p>
        </w:tc>
      </w:tr>
      <w:tr>
        <w:tc>
          <w:tcPr>
            <w:tcW w:type="dxa" w:w="2606"/>
          </w:tcPr>
          <w:p>
            <w:pPr>
              <w:bidi/>
              <w:jc w:val="right"/>
            </w:pPr>
            <w:r>
              <w:rPr>
                <w:rFonts w:ascii="Arial" w:hAnsi="Arial" w:cs="Arial"/>
                <w:sz w:val="26"/>
                <w:rtl/>
                <w:szCs w:val="26"/>
              </w:rPr>
              <w:t>🍊</w:t>
            </w:r>
          </w:p>
        </w:tc>
        <w:tc>
          <w:tcPr>
            <w:tcW w:type="dxa" w:w="2606"/>
          </w:tcPr>
          <w:p>
            <w:pPr>
              <w:bidi/>
              <w:jc w:val="right"/>
            </w:pPr>
            <w:r>
              <w:rPr>
                <w:rFonts w:ascii="Arial" w:hAnsi="Arial" w:cs="Arial"/>
                <w:sz w:val="26"/>
                <w:rtl/>
                <w:szCs w:val="26"/>
              </w:rPr>
              <w:t>יוֹנָתָן</w:t>
            </w:r>
          </w:p>
        </w:tc>
        <w:tc>
          <w:tcPr>
            <w:tcW w:type="dxa" w:w="2606"/>
          </w:tcPr>
          <w:p>
            <w:pPr>
              <w:bidi/>
              <w:jc w:val="right"/>
            </w:pPr>
            <w:r>
              <w:rPr>
                <w:rFonts w:ascii="Arial" w:hAnsi="Arial" w:cs="Arial"/>
                <w:sz w:val="26"/>
                <w:rtl/>
                <w:szCs w:val="26"/>
              </w:rPr>
              <w:t>הֵבִיא מַשֶּׁהוּ לִשְׁתּוֹת</w:t>
            </w:r>
          </w:p>
        </w:tc>
        <w:tc>
          <w:tcPr>
            <w:tcW w:type="dxa" w:w="2606"/>
          </w:tcPr>
          <w:p>
            <w:pPr>
              <w:bidi/>
              <w:jc w:val="right"/>
            </w:pPr>
            <w:r>
              <w:rPr>
                <w:rFonts w:ascii="Arial" w:hAnsi="Arial" w:cs="Arial"/>
                <w:sz w:val="26"/>
                <w:rtl/>
                <w:szCs w:val="26"/>
              </w:rPr>
              <w:t>☐</w:t>
            </w:r>
          </w:p>
        </w:tc>
      </w:tr>
    </w:tbl>
    <w:p>
      <w:pPr>
        <w:bidi/>
        <w:jc w:val="right"/>
      </w:pPr>
    </w:p>
    <w:p>
      <w:pPr>
        <w:bidi/>
        <w:jc w:val="right"/>
      </w:pPr>
      <w:r>
        <w:rPr>
          <w:rFonts w:ascii="Arial" w:hAnsi="Arial" w:cs="Arial"/>
          <w:b/>
          <w:sz w:val="28"/>
          <w:rtl/>
          <w:szCs w:val="28"/>
          <w:bCs/>
        </w:rPr>
        <w:t>1. מָה הֵבִיא סַשָׁה?</w:t>
      </w:r>
    </w:p>
    <w:p>
      <w:pPr>
        <w:bidi/>
        <w:jc w:val="right"/>
      </w:pPr>
      <w:r>
        <w:rPr>
          <w:rFonts w:ascii="Arial" w:hAnsi="Arial" w:cs="Arial"/>
          <w:sz w:val="28"/>
          <w:rtl/>
          <w:szCs w:val="28"/>
        </w:rPr>
        <w:t xml:space="preserve">   ◯ א. לְבִיבוֹת</w:t>
      </w:r>
    </w:p>
    <w:p>
      <w:pPr>
        <w:bidi/>
        <w:jc w:val="right"/>
      </w:pPr>
      <w:r>
        <w:rPr>
          <w:rFonts w:ascii="Arial" w:hAnsi="Arial" w:cs="Arial"/>
          <w:sz w:val="28"/>
          <w:rtl/>
          <w:szCs w:val="28"/>
        </w:rPr>
        <w:t xml:space="preserve">   ◯ ב. סֻפְגָּנִיּוֹת</w:t>
      </w:r>
    </w:p>
    <w:p>
      <w:pPr>
        <w:bidi/>
        <w:jc w:val="right"/>
      </w:pPr>
      <w:r>
        <w:rPr>
          <w:rFonts w:ascii="Arial" w:hAnsi="Arial" w:cs="Arial"/>
          <w:sz w:val="28"/>
          <w:rtl/>
          <w:szCs w:val="28"/>
        </w:rPr>
        <w:t xml:space="preserve">   ◯ ג. מִיץ</w:t>
      </w:r>
    </w:p>
    <w:p>
      <w:pPr>
        <w:bidi/>
        <w:jc w:val="right"/>
      </w:pPr>
      <w:r>
        <w:rPr>
          <w:rFonts w:ascii="Arial" w:hAnsi="Arial" w:cs="Arial"/>
          <w:b/>
          <w:sz w:val="28"/>
          <w:rtl/>
          <w:szCs w:val="28"/>
          <w:bCs/>
        </w:rPr>
        <w:t>2. מָה הָיָה לְאָמִיר בַּיָּד?</w:t>
      </w:r>
    </w:p>
    <w:p>
      <w:pPr>
        <w:bidi/>
        <w:jc w:val="right"/>
      </w:pPr>
      <w:r>
        <w:rPr>
          <w:rFonts w:ascii="Arial" w:hAnsi="Arial" w:cs="Arial"/>
          <w:sz w:val="28"/>
          <w:rtl/>
          <w:szCs w:val="28"/>
        </w:rPr>
        <w:t xml:space="preserve">   ◯ א. כְּלוּם – לֹא שַׂקִּית וְלֹא תִּיק</w:t>
      </w:r>
    </w:p>
    <w:p>
      <w:pPr>
        <w:bidi/>
        <w:jc w:val="right"/>
      </w:pPr>
      <w:r>
        <w:rPr>
          <w:rFonts w:ascii="Arial" w:hAnsi="Arial" w:cs="Arial"/>
          <w:sz w:val="28"/>
          <w:rtl/>
          <w:szCs w:val="28"/>
        </w:rPr>
        <w:t xml:space="preserve">   ◯ ב. צַלַּחַת גְּדוֹלָה</w:t>
      </w:r>
    </w:p>
    <w:p>
      <w:pPr>
        <w:bidi/>
        <w:jc w:val="right"/>
      </w:pPr>
      <w:r>
        <w:rPr>
          <w:rFonts w:ascii="Arial" w:hAnsi="Arial" w:cs="Arial"/>
          <w:sz w:val="28"/>
          <w:rtl/>
          <w:szCs w:val="28"/>
        </w:rPr>
        <w:t xml:space="preserve">   ◯ ג. סַל עִם אֹכֶל</w:t>
      </w:r>
    </w:p>
    <w:p>
      <w:pPr>
        <w:bidi/>
        <w:jc w:val="right"/>
      </w:pPr>
      <w:r>
        <w:rPr>
          <w:rFonts w:ascii="Arial" w:hAnsi="Arial" w:cs="Arial"/>
          <w:b/>
          <w:sz w:val="28"/>
          <w:rtl/>
          <w:szCs w:val="28"/>
          <w:bCs/>
        </w:rPr>
        <w:t>3. מִמָּה עוֹשִׂים לְבִיבוֹת? וּמִי מְרִיחָה כָּךְ?</w:t>
      </w:r>
    </w:p>
    <w:p>
      <w:pPr>
        <w:bidi/>
        <w:jc w:val="right"/>
      </w:pPr>
      <w:r>
        <w:rPr>
          <w:rFonts w:ascii="Arial" w:hAnsi="Arial" w:cs="Arial"/>
          <w:sz w:val="28"/>
          <w:rtl/>
          <w:szCs w:val="28"/>
        </w:rPr>
        <w:t xml:space="preserve">   ◯ א. מִתַּפּוּזִים – יוֹנָתָן</w:t>
      </w:r>
    </w:p>
    <w:p>
      <w:pPr>
        <w:bidi/>
        <w:jc w:val="right"/>
      </w:pPr>
      <w:r>
        <w:rPr>
          <w:rFonts w:ascii="Arial" w:hAnsi="Arial" w:cs="Arial"/>
          <w:sz w:val="28"/>
          <w:rtl/>
          <w:szCs w:val="28"/>
        </w:rPr>
        <w:t xml:space="preserve">   ◯ ב. מִסֻּכָּר – סַשָׁה</w:t>
      </w:r>
    </w:p>
    <w:p>
      <w:pPr>
        <w:bidi/>
        <w:jc w:val="right"/>
      </w:pPr>
      <w:r>
        <w:rPr>
          <w:rFonts w:ascii="Arial" w:hAnsi="Arial" w:cs="Arial"/>
          <w:sz w:val="28"/>
          <w:rtl/>
          <w:szCs w:val="28"/>
        </w:rPr>
        <w:t xml:space="preserve">   ◯ ג. מִשּׁוֹקוֹלָד – אָמִיר</w:t>
      </w:r>
    </w:p>
    <w:p>
      <w:pPr>
        <w:bidi/>
        <w:jc w:val="right"/>
      </w:pPr>
      <w:r>
        <w:rPr>
          <w:rFonts w:ascii="Arial" w:hAnsi="Arial" w:cs="Arial"/>
          <w:sz w:val="28"/>
          <w:rtl/>
          <w:szCs w:val="28"/>
        </w:rPr>
        <w:t xml:space="preserve">   ◯ ד. מִתַּפּוּחֵי אֲדָמָה – לֵאָה</w:t>
      </w:r>
    </w:p>
    <w:p>
      <w:pPr>
        <w:bidi/>
        <w:jc w:val="right"/>
      </w:pPr>
      <w:r>
        <w:rPr>
          <w:rFonts w:ascii="Arial" w:hAnsi="Arial" w:cs="Arial"/>
          <w:sz w:val="28"/>
          <w:rtl/>
          <w:szCs w:val="28"/>
        </w:rPr>
        <w:t>האשם/ה הוא/היא: ______________________ . הוכחה מהטקסט:</w:t>
      </w:r>
    </w:p>
    <w:p>
      <w:pPr>
        <w:bidi/>
        <w:jc w:val="right"/>
      </w:pPr>
      <w:r>
        <w:rPr>
          <w:rFonts w:ascii="Arial" w:hAnsi="Arial" w:cs="Arial"/>
          <w:color w:val="999999"/>
          <w:sz w:val="28"/>
          <w:rtl/>
          <w:szCs w:val="28"/>
        </w:rPr>
        <w:t>______________________________________________________________________</w:t>
      </w:r>
    </w:p>
    <w:p>
      <w:pPr>
        <w:bidi/>
        <w:jc w:val="right"/>
      </w:pPr>
      <w:r>
        <w:rPr>
          <w:rFonts w:ascii="Arial" w:hAnsi="Arial" w:cs="Arial"/>
          <w:color w:val="999999"/>
          <w:sz w:val="28"/>
          <w:rtl/>
          <w:szCs w:val="28"/>
        </w:rPr>
        <w:t>______________________________________________________________________</w:t>
      </w:r>
    </w:p>
    <w:p>
      <w:pPr>
        <w:bidi/>
        <w:pStyle w:val="Heading2"/>
        <w:jc w:val="right"/>
      </w:pPr>
      <w:r>
        <w:rPr>
          <w:rFonts w:ascii="Arial" w:hAnsi="Arial" w:cs="Arial"/>
          <w:b/>
          <w:color w:val="6A3FD4"/>
          <w:sz w:val="32"/>
          <w:rtl/>
          <w:szCs w:val="32"/>
          <w:bCs/>
        </w:rPr>
        <w:t>🗝️ 🔐 צֹפֶן הַמִּלִּים שֶׁל חֲנֻכָּה</w:t>
      </w:r>
    </w:p>
    <w:p>
      <w:pPr>
        <w:bidi/>
        <w:jc w:val="right"/>
      </w:pPr>
      <w:r>
        <w:rPr>
          <w:rFonts w:ascii="Arial" w:hAnsi="Arial" w:cs="Arial"/>
          <w:b/>
          <w:color w:val="6A3FD4"/>
          <w:sz w:val="26"/>
          <w:rtl/>
          <w:szCs w:val="26"/>
          <w:bCs/>
        </w:rPr>
        <w:t>▌ הקטע</w:t>
      </w:r>
    </w:p>
    <w:p>
      <w:pPr>
        <w:bidi/>
        <w:jc w:val="right"/>
      </w:pPr>
      <w:r>
        <w:rPr>
          <w:rFonts w:ascii="Arial" w:hAnsi="Arial" w:cs="Arial"/>
          <w:sz w:val="28"/>
          <w:rtl/>
          <w:szCs w:val="28"/>
        </w:rPr>
        <w:t>חֲנֻכָּה הִיא חַג שֶׁל אוֹר. 🕎 הֶחָג מַתְחִיל בְּחֹדֶשׁ כִּסְלֵו. הוּא נִמְשָׁךְ שְׁמוֹנָה יָמִים. בְּכָל עֶרֶב מַדְלִיקִים נֵרוֹת בַּחֲנֻכִּיָּה. בְּכָל עֶרֶב יֵשׁ עוֹד נֵר אֶחָד. לְפִי הַסִּפּוּר, הָיָה שֶׁמֶן רַק לְיוֹם אֶחָד. אֲבָל הָאוֹר דָּלַק שְׁמוֹנָה יָמִים. זֶה נֵס! בַּחַג אוֹכְלִים מַאֲכָלִים בְּשֶׁמֶן: סֻפְגָּנִיּוֹת וּלְבִיבוֹת. 🍩</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2606"/>
        <w:gridCol w:w="2606"/>
        <w:gridCol w:w="2606"/>
        <w:gridCol w:w="2606"/>
      </w:tblGrid>
      <w:tr>
        <w:tc>
          <w:tcPr>
            <w:tcW w:type="dxa" w:w="2606"/>
            <w:shd w:val="clear" w:fill="E5DBFF"/>
          </w:tcPr>
          <w:p>
            <w:pPr>
              <w:bidi/>
              <w:jc w:val="right"/>
            </w:pPr>
            <w:r>
              <w:rPr>
                <w:rFonts w:ascii="Arial" w:hAnsi="Arial" w:cs="Arial"/>
                <w:b/>
                <w:sz w:val="26"/>
                <w:rtl/>
                <w:szCs w:val="26"/>
                <w:bCs/>
              </w:rPr>
              <w:t>#</w:t>
            </w:r>
          </w:p>
        </w:tc>
        <w:tc>
          <w:tcPr>
            <w:tcW w:type="dxa" w:w="2606"/>
            <w:shd w:val="clear" w:fill="E5DBFF"/>
          </w:tcPr>
          <w:p>
            <w:pPr>
              <w:bidi/>
              <w:jc w:val="right"/>
            </w:pPr>
            <w:r>
              <w:rPr>
                <w:rFonts w:ascii="Arial" w:hAnsi="Arial" w:cs="Arial"/>
                <w:b/>
                <w:sz w:val="26"/>
                <w:rtl/>
                <w:szCs w:val="26"/>
                <w:bCs/>
              </w:rPr>
              <w:t>הצופן</w:t>
            </w:r>
          </w:p>
        </w:tc>
        <w:tc>
          <w:tcPr>
            <w:tcW w:type="dxa" w:w="2606"/>
            <w:shd w:val="clear" w:fill="E5DBFF"/>
          </w:tcPr>
          <w:p>
            <w:pPr>
              <w:bidi/>
              <w:jc w:val="right"/>
            </w:pPr>
            <w:r>
              <w:rPr>
                <w:rFonts w:ascii="Arial" w:hAnsi="Arial" w:cs="Arial"/>
                <w:b/>
                <w:sz w:val="26"/>
                <w:rtl/>
                <w:szCs w:val="26"/>
                <w:bCs/>
              </w:rPr>
              <w:t>רמז</w:t>
            </w:r>
          </w:p>
        </w:tc>
        <w:tc>
          <w:tcPr>
            <w:tcW w:type="dxa" w:w="2606"/>
            <w:shd w:val="clear" w:fill="E5DBFF"/>
          </w:tcPr>
          <w:p>
            <w:pPr>
              <w:bidi/>
              <w:jc w:val="right"/>
            </w:pPr>
            <w:r>
              <w:rPr>
                <w:rFonts w:ascii="Arial" w:hAnsi="Arial" w:cs="Arial"/>
                <w:b/>
                <w:sz w:val="26"/>
                <w:rtl/>
                <w:szCs w:val="26"/>
                <w:bCs/>
              </w:rPr>
              <w:t>המילה</w:t>
            </w:r>
          </w:p>
        </w:tc>
      </w:tr>
      <w:tr>
        <w:tc>
          <w:tcPr>
            <w:tcW w:type="dxa" w:w="2606"/>
          </w:tcPr>
          <w:p>
            <w:pPr>
              <w:bidi/>
              <w:jc w:val="right"/>
            </w:pPr>
            <w:r>
              <w:rPr>
                <w:rFonts w:ascii="Arial" w:hAnsi="Arial" w:cs="Arial"/>
                <w:sz w:val="26"/>
                <w:rtl/>
                <w:szCs w:val="26"/>
              </w:rPr>
              <w:t>1</w:t>
            </w:r>
          </w:p>
        </w:tc>
        <w:tc>
          <w:tcPr>
            <w:tcW w:type="dxa" w:w="2606"/>
          </w:tcPr>
          <w:p>
            <w:pPr>
              <w:bidi/>
              <w:jc w:val="right"/>
            </w:pPr>
            <w:r>
              <w:rPr>
                <w:rFonts w:ascii="Arial" w:hAnsi="Arial" w:cs="Arial"/>
                <w:sz w:val="26"/>
                <w:rtl/>
                <w:szCs w:val="26"/>
              </w:rPr>
              <w:t>🔢 ‏1‏ ‏- 6‏ ‏- 20‏</w:t>
            </w:r>
          </w:p>
        </w:tc>
        <w:tc>
          <w:tcPr>
            <w:tcW w:type="dxa" w:w="2606"/>
          </w:tcPr>
          <w:p>
            <w:pPr>
              <w:bidi/>
              <w:jc w:val="right"/>
            </w:pPr>
            <w:r>
              <w:rPr>
                <w:rFonts w:ascii="Arial" w:hAnsi="Arial" w:cs="Arial"/>
                <w:sz w:val="26"/>
                <w:rtl/>
                <w:szCs w:val="26"/>
              </w:rPr>
              <w:t>הַהֵפֶךְ שֶׁל חֹשֶׁךְ. ☀️</w:t>
            </w:r>
          </w:p>
        </w:tc>
        <w:tc>
          <w:tcPr>
            <w:tcW w:type="dxa" w:w="2606"/>
          </w:tcPr>
          <w:p>
            <w:pPr>
              <w:bidi/>
              <w:jc w:val="right"/>
            </w:pPr>
            <w:r>
              <w:rPr>
                <w:rFonts w:ascii="Arial" w:hAnsi="Arial" w:cs="Arial"/>
                <w:sz w:val="26"/>
                <w:rtl/>
                <w:szCs w:val="26"/>
              </w:rPr>
              <w:t>______</w:t>
            </w:r>
          </w:p>
        </w:tc>
      </w:tr>
      <w:tr>
        <w:tc>
          <w:tcPr>
            <w:tcW w:type="dxa" w:w="2606"/>
          </w:tcPr>
          <w:p>
            <w:pPr>
              <w:bidi/>
              <w:jc w:val="right"/>
            </w:pPr>
            <w:r>
              <w:rPr>
                <w:rFonts w:ascii="Arial" w:hAnsi="Arial" w:cs="Arial"/>
                <w:sz w:val="26"/>
                <w:rtl/>
                <w:szCs w:val="26"/>
              </w:rPr>
              <w:t>2</w:t>
            </w:r>
          </w:p>
        </w:tc>
        <w:tc>
          <w:tcPr>
            <w:tcW w:type="dxa" w:w="2606"/>
          </w:tcPr>
          <w:p>
            <w:pPr>
              <w:bidi/>
              <w:jc w:val="right"/>
            </w:pPr>
            <w:r>
              <w:rPr>
                <w:rFonts w:ascii="Arial" w:hAnsi="Arial" w:cs="Arial"/>
                <w:sz w:val="26"/>
                <w:rtl/>
                <w:szCs w:val="26"/>
              </w:rPr>
              <w:t>🔀 כ ל ו ס</w:t>
            </w:r>
          </w:p>
        </w:tc>
        <w:tc>
          <w:tcPr>
            <w:tcW w:type="dxa" w:w="2606"/>
          </w:tcPr>
          <w:p>
            <w:pPr>
              <w:bidi/>
              <w:jc w:val="right"/>
            </w:pPr>
            <w:r>
              <w:rPr>
                <w:rFonts w:ascii="Arial" w:hAnsi="Arial" w:cs="Arial"/>
                <w:sz w:val="26"/>
                <w:rtl/>
                <w:szCs w:val="26"/>
              </w:rPr>
              <w:t>הַחֹדֶשׁ שֶׁבּוֹ מַתְחִילָה חֲנֻכָּה. 📅</w:t>
            </w:r>
          </w:p>
        </w:tc>
        <w:tc>
          <w:tcPr>
            <w:tcW w:type="dxa" w:w="2606"/>
          </w:tcPr>
          <w:p>
            <w:pPr>
              <w:bidi/>
              <w:jc w:val="right"/>
            </w:pPr>
            <w:r>
              <w:rPr>
                <w:rFonts w:ascii="Arial" w:hAnsi="Arial" w:cs="Arial"/>
                <w:sz w:val="26"/>
                <w:rtl/>
                <w:szCs w:val="26"/>
              </w:rPr>
              <w:t>________</w:t>
            </w:r>
          </w:p>
        </w:tc>
      </w:tr>
      <w:tr>
        <w:tc>
          <w:tcPr>
            <w:tcW w:type="dxa" w:w="2606"/>
          </w:tcPr>
          <w:p>
            <w:pPr>
              <w:bidi/>
              <w:jc w:val="right"/>
            </w:pPr>
            <w:r>
              <w:rPr>
                <w:rFonts w:ascii="Arial" w:hAnsi="Arial" w:cs="Arial"/>
                <w:sz w:val="26"/>
                <w:rtl/>
                <w:szCs w:val="26"/>
              </w:rPr>
              <w:t>3</w:t>
            </w:r>
          </w:p>
        </w:tc>
        <w:tc>
          <w:tcPr>
            <w:tcW w:type="dxa" w:w="2606"/>
          </w:tcPr>
          <w:p>
            <w:pPr>
              <w:bidi/>
              <w:jc w:val="right"/>
            </w:pPr>
            <w:r>
              <w:rPr>
                <w:rFonts w:ascii="Arial" w:hAnsi="Arial" w:cs="Arial"/>
                <w:sz w:val="26"/>
                <w:rtl/>
                <w:szCs w:val="26"/>
              </w:rPr>
              <w:t>🔢 ‏21‏ ‏- 13‏ ‏- 14‏</w:t>
            </w:r>
          </w:p>
        </w:tc>
        <w:tc>
          <w:tcPr>
            <w:tcW w:type="dxa" w:w="2606"/>
          </w:tcPr>
          <w:p>
            <w:pPr>
              <w:bidi/>
              <w:jc w:val="right"/>
            </w:pPr>
            <w:r>
              <w:rPr>
                <w:rFonts w:ascii="Arial" w:hAnsi="Arial" w:cs="Arial"/>
                <w:sz w:val="26"/>
                <w:rtl/>
                <w:szCs w:val="26"/>
              </w:rPr>
              <w:t>בּוֹ מְטַגְּנִים סֻפְגָּנִיּוֹת. 🫒</w:t>
            </w:r>
          </w:p>
        </w:tc>
        <w:tc>
          <w:tcPr>
            <w:tcW w:type="dxa" w:w="2606"/>
          </w:tcPr>
          <w:p>
            <w:pPr>
              <w:bidi/>
              <w:jc w:val="right"/>
            </w:pPr>
            <w:r>
              <w:rPr>
                <w:rFonts w:ascii="Arial" w:hAnsi="Arial" w:cs="Arial"/>
                <w:sz w:val="26"/>
                <w:rtl/>
                <w:szCs w:val="26"/>
              </w:rPr>
              <w:t>______</w:t>
            </w:r>
          </w:p>
        </w:tc>
      </w:tr>
      <w:tr>
        <w:tc>
          <w:tcPr>
            <w:tcW w:type="dxa" w:w="2606"/>
          </w:tcPr>
          <w:p>
            <w:pPr>
              <w:bidi/>
              <w:jc w:val="right"/>
            </w:pPr>
            <w:r>
              <w:rPr>
                <w:rFonts w:ascii="Arial" w:hAnsi="Arial" w:cs="Arial"/>
                <w:sz w:val="26"/>
                <w:rtl/>
                <w:szCs w:val="26"/>
              </w:rPr>
              <w:t>4</w:t>
            </w:r>
          </w:p>
        </w:tc>
        <w:tc>
          <w:tcPr>
            <w:tcW w:type="dxa" w:w="2606"/>
          </w:tcPr>
          <w:p>
            <w:pPr>
              <w:bidi/>
              <w:jc w:val="right"/>
            </w:pPr>
            <w:r>
              <w:rPr>
                <w:rFonts w:ascii="Arial" w:hAnsi="Arial" w:cs="Arial"/>
                <w:sz w:val="26"/>
                <w:rtl/>
                <w:szCs w:val="26"/>
              </w:rPr>
              <w:t>🔀 נ ו מ ש ה</w:t>
            </w:r>
          </w:p>
        </w:tc>
        <w:tc>
          <w:tcPr>
            <w:tcW w:type="dxa" w:w="2606"/>
          </w:tcPr>
          <w:p>
            <w:pPr>
              <w:bidi/>
              <w:jc w:val="right"/>
            </w:pPr>
            <w:r>
              <w:rPr>
                <w:rFonts w:ascii="Arial" w:hAnsi="Arial" w:cs="Arial"/>
                <w:sz w:val="26"/>
                <w:rtl/>
                <w:szCs w:val="26"/>
              </w:rPr>
              <w:t>כַּמָּה יָמִים נִמְשָׁךְ הֶחָג? 🔢</w:t>
            </w:r>
          </w:p>
        </w:tc>
        <w:tc>
          <w:tcPr>
            <w:tcW w:type="dxa" w:w="2606"/>
          </w:tcPr>
          <w:p>
            <w:pPr>
              <w:bidi/>
              <w:jc w:val="right"/>
            </w:pPr>
            <w:r>
              <w:rPr>
                <w:rFonts w:ascii="Arial" w:hAnsi="Arial" w:cs="Arial"/>
                <w:sz w:val="26"/>
                <w:rtl/>
                <w:szCs w:val="26"/>
              </w:rPr>
              <w:t>__________</w:t>
            </w:r>
          </w:p>
        </w:tc>
      </w:tr>
    </w:tbl>
    <w:p>
      <w:pPr>
        <w:bidi/>
        <w:jc w:val="right"/>
      </w:pPr>
    </w:p>
    <w:p>
      <w:pPr>
        <w:bidi/>
        <w:jc w:val="right"/>
      </w:pPr>
      <w:r>
        <w:rPr>
          <w:rFonts w:ascii="Arial" w:hAnsi="Arial" w:cs="Arial"/>
          <w:sz w:val="28"/>
          <w:rtl/>
          <w:szCs w:val="28"/>
        </w:rPr>
        <w:t>🔣 מפתח: א=1 ב=2 ג=3 ד=4 ה=5 ו=6 ז=7 ח=8 ט=9 י=10 כ=11 ל=12 מ=13 נ=14 ס=15 ע=16 פ=17 צ=18 ק=19 ר=20 ש=21 ת=22</w:t>
      </w:r>
    </w:p>
    <w:p>
      <w:pPr>
        <w:bidi/>
        <w:jc w:val="right"/>
      </w:pPr>
      <w:r>
        <w:rPr>
          <w:rFonts w:ascii="Arial" w:hAnsi="Arial" w:cs="Arial"/>
          <w:sz w:val="28"/>
          <w:rtl/>
          <w:szCs w:val="28"/>
        </w:rPr>
        <w:t>המסר הסודי לפי המורה: ____________________</w:t>
      </w:r>
    </w:p>
    <w:p>
      <w:r>
        <w:br w:type="page"/>
      </w:r>
    </w:p>
    <w:p>
      <w:pPr>
        <w:bidi/>
        <w:pStyle w:val="Heading1"/>
        <w:jc w:val="right"/>
      </w:pPr>
      <w:r>
        <w:rPr>
          <w:rFonts w:ascii="Arial" w:hAnsi="Arial" w:cs="Arial"/>
          <w:b/>
          <w:color w:val="4B2BA8"/>
          <w:sz w:val="40"/>
          <w:rtl/>
          <w:szCs w:val="40"/>
          <w:bCs/>
        </w:rPr>
        <w:t>חלק ב׳ – 🗺️ דרכון התחנות: 🗺️ מַסָּע בְּחָמֵשׁ תַּחֲנוֹת</w:t>
      </w:r>
    </w:p>
    <w:p>
      <w:pPr>
        <w:bidi/>
        <w:jc w:val="right"/>
      </w:pPr>
      <w:r>
        <w:rPr>
          <w:rFonts w:ascii="Arial" w:hAnsi="Arial" w:cs="Arial"/>
          <w:color w:val="555577"/>
          <w:sz w:val="28"/>
          <w:rtl/>
          <w:szCs w:val="28"/>
        </w:rPr>
        <w:t>עוֹבְרִים בְּחָמֵשׁ תַּחֲנוֹת. בְּכָל תַּחֲנָה מְקַבְּלִים אוֹת. בַּסּוֹף מְגַלִּים מִלָּה! ✨ בכל תחנה – פתרו את המשימה וכתבו את אות הקסם שתקבלו מהמורה.</w:t>
      </w:r>
    </w:p>
    <w:p>
      <w:pPr>
        <w:bidi/>
        <w:jc w:val="right"/>
      </w:pPr>
      <w:r>
        <w:rPr>
          <w:rFonts w:ascii="Arial" w:hAnsi="Arial" w:cs="Arial"/>
          <w:b/>
          <w:sz w:val="28"/>
          <w:rtl/>
          <w:szCs w:val="28"/>
          <w:bCs/>
        </w:rPr>
        <w:t>1. 🪟 הַחַלּוֹן – אֵיפֹה שָׂמִים אֶת הַחֲנֻכִּיָּה?</w:t>
      </w:r>
    </w:p>
    <w:p>
      <w:pPr>
        <w:bidi/>
        <w:jc w:val="right"/>
      </w:pPr>
      <w:r>
        <w:rPr>
          <w:rFonts w:ascii="Arial" w:hAnsi="Arial" w:cs="Arial"/>
          <w:sz w:val="28"/>
          <w:rtl/>
          <w:szCs w:val="28"/>
        </w:rPr>
        <w:t xml:space="preserve">   ◯ א. בַּמְּקָרֵר</w:t>
      </w:r>
    </w:p>
    <w:p>
      <w:pPr>
        <w:bidi/>
        <w:jc w:val="right"/>
      </w:pPr>
      <w:r>
        <w:rPr>
          <w:rFonts w:ascii="Arial" w:hAnsi="Arial" w:cs="Arial"/>
          <w:sz w:val="28"/>
          <w:rtl/>
          <w:szCs w:val="28"/>
        </w:rPr>
        <w:t xml:space="preserve">   ◯ ב. לְיַד הַחַלּוֹן</w:t>
      </w:r>
    </w:p>
    <w:p>
      <w:pPr>
        <w:bidi/>
        <w:jc w:val="right"/>
      </w:pPr>
      <w:r>
        <w:rPr>
          <w:rFonts w:ascii="Arial" w:hAnsi="Arial" w:cs="Arial"/>
          <w:sz w:val="28"/>
          <w:rtl/>
          <w:szCs w:val="28"/>
        </w:rPr>
        <w:t xml:space="preserve">   ◯ ג. מִתַּחַת לַמִּטָּה</w:t>
      </w:r>
    </w:p>
    <w:p>
      <w:pPr>
        <w:bidi/>
        <w:jc w:val="right"/>
      </w:pPr>
      <w:r>
        <w:rPr>
          <w:rFonts w:ascii="Arial" w:hAnsi="Arial" w:cs="Arial"/>
          <w:sz w:val="28"/>
          <w:rtl/>
          <w:szCs w:val="28"/>
        </w:rPr>
        <w:t xml:space="preserve">   ◯ ד. בָּאָרוֹן</w:t>
      </w:r>
    </w:p>
    <w:p>
      <w:pPr>
        <w:bidi/>
        <w:jc w:val="right"/>
      </w:pPr>
      <w:r>
        <w:rPr>
          <w:rFonts w:ascii="Arial" w:hAnsi="Arial" w:cs="Arial"/>
          <w:sz w:val="28"/>
          <w:rtl/>
          <w:szCs w:val="28"/>
        </w:rPr>
        <w:t>2. 🔤 פִּנַּת הַמִּלִּים – הַתְאִימוּ מִלָּה לְפֵרוּשׁ. (כתבו את האות המתאימה)</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2606"/>
        <w:gridCol w:w="2606"/>
        <w:gridCol w:w="2606"/>
        <w:gridCol w:w="2606"/>
      </w:tblGrid>
      <w:tr>
        <w:tc>
          <w:tcPr>
            <w:tcW w:type="dxa" w:w="2606"/>
            <w:shd w:val="clear" w:fill="E5DBFF"/>
          </w:tcPr>
          <w:p>
            <w:pPr>
              <w:bidi/>
              <w:jc w:val="right"/>
            </w:pPr>
            <w:r>
              <w:rPr>
                <w:rFonts w:ascii="Arial" w:hAnsi="Arial" w:cs="Arial"/>
                <w:b/>
                <w:sz w:val="26"/>
                <w:rtl/>
                <w:szCs w:val="26"/>
                <w:bCs/>
              </w:rPr>
              <w:t>היגד</w:t>
            </w:r>
          </w:p>
        </w:tc>
        <w:tc>
          <w:tcPr>
            <w:tcW w:type="dxa" w:w="2606"/>
            <w:shd w:val="clear" w:fill="E5DBFF"/>
          </w:tcPr>
          <w:p>
            <w:pPr>
              <w:bidi/>
              <w:jc w:val="right"/>
            </w:pPr>
            <w:r>
              <w:rPr>
                <w:rFonts w:ascii="Arial" w:hAnsi="Arial" w:cs="Arial"/>
                <w:b/>
                <w:sz w:val="26"/>
                <w:rtl/>
                <w:szCs w:val="26"/>
                <w:bCs/>
              </w:rPr>
              <w:t>אות</w:t>
            </w:r>
          </w:p>
        </w:tc>
        <w:tc>
          <w:tcPr>
            <w:tcW w:type="dxa" w:w="2606"/>
            <w:shd w:val="clear" w:fill="E5DBFF"/>
          </w:tcPr>
          <w:p>
            <w:pPr>
              <w:bidi/>
              <w:jc w:val="right"/>
            </w:pPr>
            <w:r>
              <w:rPr>
                <w:rFonts w:ascii="Arial" w:hAnsi="Arial" w:cs="Arial"/>
                <w:b/>
                <w:sz w:val="26"/>
                <w:rtl/>
                <w:szCs w:val="26"/>
                <w:bCs/>
              </w:rPr>
            </w:r>
          </w:p>
        </w:tc>
        <w:tc>
          <w:tcPr>
            <w:tcW w:type="dxa" w:w="2606"/>
            <w:shd w:val="clear" w:fill="E5DBFF"/>
          </w:tcPr>
          <w:p>
            <w:pPr>
              <w:bidi/>
              <w:jc w:val="right"/>
            </w:pPr>
            <w:r>
              <w:rPr>
                <w:rFonts w:ascii="Arial" w:hAnsi="Arial" w:cs="Arial"/>
                <w:b/>
                <w:sz w:val="26"/>
                <w:rtl/>
                <w:szCs w:val="26"/>
                <w:bCs/>
              </w:rPr>
              <w:t>הקשר</w:t>
            </w:r>
          </w:p>
        </w:tc>
      </w:tr>
      <w:tr>
        <w:tc>
          <w:tcPr>
            <w:tcW w:type="dxa" w:w="2606"/>
          </w:tcPr>
          <w:p>
            <w:pPr>
              <w:bidi/>
              <w:jc w:val="right"/>
            </w:pPr>
            <w:r>
              <w:rPr>
                <w:rFonts w:ascii="Arial" w:hAnsi="Arial" w:cs="Arial"/>
                <w:sz w:val="26"/>
                <w:rtl/>
                <w:szCs w:val="26"/>
              </w:rPr>
              <w:t>נֵר</w:t>
            </w:r>
          </w:p>
        </w:tc>
        <w:tc>
          <w:tcPr>
            <w:tcW w:type="dxa" w:w="2606"/>
          </w:tcPr>
          <w:p>
            <w:pPr>
              <w:bidi/>
              <w:jc w:val="right"/>
            </w:pPr>
            <w:r>
              <w:rPr>
                <w:rFonts w:ascii="Arial" w:hAnsi="Arial" w:cs="Arial"/>
                <w:sz w:val="26"/>
                <w:rtl/>
                <w:szCs w:val="26"/>
              </w:rPr>
              <w:t>____</w:t>
            </w:r>
          </w:p>
        </w:tc>
        <w:tc>
          <w:tcPr>
            <w:tcW w:type="dxa" w:w="2606"/>
          </w:tcPr>
          <w:p>
            <w:pPr>
              <w:bidi/>
              <w:jc w:val="right"/>
            </w:pPr>
            <w:r>
              <w:rPr>
                <w:rFonts w:ascii="Arial" w:hAnsi="Arial" w:cs="Arial"/>
                <w:sz w:val="26"/>
                <w:rtl/>
                <w:szCs w:val="26"/>
              </w:rPr>
              <w:t>א.</w:t>
            </w:r>
          </w:p>
        </w:tc>
        <w:tc>
          <w:tcPr>
            <w:tcW w:type="dxa" w:w="2606"/>
          </w:tcPr>
          <w:p>
            <w:pPr>
              <w:bidi/>
              <w:jc w:val="right"/>
            </w:pPr>
            <w:r>
              <w:rPr>
                <w:rFonts w:ascii="Arial" w:hAnsi="Arial" w:cs="Arial"/>
                <w:sz w:val="26"/>
                <w:rtl/>
                <w:szCs w:val="26"/>
              </w:rPr>
              <w:t>נוֹזֵל לְטִגּוּן</w:t>
            </w:r>
          </w:p>
        </w:tc>
      </w:tr>
      <w:tr>
        <w:tc>
          <w:tcPr>
            <w:tcW w:type="dxa" w:w="2606"/>
          </w:tcPr>
          <w:p>
            <w:pPr>
              <w:bidi/>
              <w:jc w:val="right"/>
            </w:pPr>
            <w:r>
              <w:rPr>
                <w:rFonts w:ascii="Arial" w:hAnsi="Arial" w:cs="Arial"/>
                <w:sz w:val="26"/>
                <w:rtl/>
                <w:szCs w:val="26"/>
              </w:rPr>
              <w:t>שֶׁמֶן</w:t>
            </w:r>
          </w:p>
        </w:tc>
        <w:tc>
          <w:tcPr>
            <w:tcW w:type="dxa" w:w="2606"/>
          </w:tcPr>
          <w:p>
            <w:pPr>
              <w:bidi/>
              <w:jc w:val="right"/>
            </w:pPr>
            <w:r>
              <w:rPr>
                <w:rFonts w:ascii="Arial" w:hAnsi="Arial" w:cs="Arial"/>
                <w:sz w:val="26"/>
                <w:rtl/>
                <w:szCs w:val="26"/>
              </w:rPr>
              <w:t>____</w:t>
            </w:r>
          </w:p>
        </w:tc>
        <w:tc>
          <w:tcPr>
            <w:tcW w:type="dxa" w:w="2606"/>
          </w:tcPr>
          <w:p>
            <w:pPr>
              <w:bidi/>
              <w:jc w:val="right"/>
            </w:pPr>
            <w:r>
              <w:rPr>
                <w:rFonts w:ascii="Arial" w:hAnsi="Arial" w:cs="Arial"/>
                <w:sz w:val="26"/>
                <w:rtl/>
                <w:szCs w:val="26"/>
              </w:rPr>
              <w:t>ב.</w:t>
            </w:r>
          </w:p>
        </w:tc>
        <w:tc>
          <w:tcPr>
            <w:tcW w:type="dxa" w:w="2606"/>
          </w:tcPr>
          <w:p>
            <w:pPr>
              <w:bidi/>
              <w:jc w:val="right"/>
            </w:pPr>
            <w:r>
              <w:rPr>
                <w:rFonts w:ascii="Arial" w:hAnsi="Arial" w:cs="Arial"/>
                <w:sz w:val="26"/>
                <w:rtl/>
                <w:szCs w:val="26"/>
              </w:rPr>
              <w:t>דָּבָר מֻפְלָא</w:t>
            </w:r>
          </w:p>
        </w:tc>
      </w:tr>
      <w:tr>
        <w:tc>
          <w:tcPr>
            <w:tcW w:type="dxa" w:w="2606"/>
          </w:tcPr>
          <w:p>
            <w:pPr>
              <w:bidi/>
              <w:jc w:val="right"/>
            </w:pPr>
            <w:r>
              <w:rPr>
                <w:rFonts w:ascii="Arial" w:hAnsi="Arial" w:cs="Arial"/>
                <w:sz w:val="26"/>
                <w:rtl/>
                <w:szCs w:val="26"/>
              </w:rPr>
              <w:t>נֵס</w:t>
            </w:r>
          </w:p>
        </w:tc>
        <w:tc>
          <w:tcPr>
            <w:tcW w:type="dxa" w:w="2606"/>
          </w:tcPr>
          <w:p>
            <w:pPr>
              <w:bidi/>
              <w:jc w:val="right"/>
            </w:pPr>
            <w:r>
              <w:rPr>
                <w:rFonts w:ascii="Arial" w:hAnsi="Arial" w:cs="Arial"/>
                <w:sz w:val="26"/>
                <w:rtl/>
                <w:szCs w:val="26"/>
              </w:rPr>
              <w:t>____</w:t>
            </w:r>
          </w:p>
        </w:tc>
        <w:tc>
          <w:tcPr>
            <w:tcW w:type="dxa" w:w="2606"/>
          </w:tcPr>
          <w:p>
            <w:pPr>
              <w:bidi/>
              <w:jc w:val="right"/>
            </w:pPr>
            <w:r>
              <w:rPr>
                <w:rFonts w:ascii="Arial" w:hAnsi="Arial" w:cs="Arial"/>
                <w:sz w:val="26"/>
                <w:rtl/>
                <w:szCs w:val="26"/>
              </w:rPr>
              <w:t>ג.</w:t>
            </w:r>
          </w:p>
        </w:tc>
        <w:tc>
          <w:tcPr>
            <w:tcW w:type="dxa" w:w="2606"/>
          </w:tcPr>
          <w:p>
            <w:pPr>
              <w:bidi/>
              <w:jc w:val="right"/>
            </w:pPr>
            <w:r>
              <w:rPr>
                <w:rFonts w:ascii="Arial" w:hAnsi="Arial" w:cs="Arial"/>
                <w:sz w:val="26"/>
                <w:rtl/>
                <w:szCs w:val="26"/>
              </w:rPr>
              <w:t>נוֹתֵן אוֹר קָטָן</w:t>
            </w:r>
          </w:p>
        </w:tc>
      </w:tr>
    </w:tbl>
    <w:p>
      <w:pPr>
        <w:bidi/>
        <w:jc w:val="right"/>
      </w:pPr>
    </w:p>
    <w:p>
      <w:pPr>
        <w:bidi/>
        <w:jc w:val="right"/>
      </w:pPr>
      <w:r>
        <w:rPr>
          <w:rFonts w:ascii="Arial" w:hAnsi="Arial" w:cs="Arial"/>
          <w:sz w:val="28"/>
          <w:rtl/>
          <w:szCs w:val="28"/>
        </w:rPr>
        <w:t>3. 🍩 הַמִּטְבָּח – הַתְאִימוּ מַאֲכָל לְתֵאוּר. (כתבו את האות המתאימה)</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2606"/>
        <w:gridCol w:w="2606"/>
        <w:gridCol w:w="2606"/>
        <w:gridCol w:w="2606"/>
      </w:tblGrid>
      <w:tr>
        <w:tc>
          <w:tcPr>
            <w:tcW w:type="dxa" w:w="2606"/>
            <w:shd w:val="clear" w:fill="E5DBFF"/>
          </w:tcPr>
          <w:p>
            <w:pPr>
              <w:bidi/>
              <w:jc w:val="right"/>
            </w:pPr>
            <w:r>
              <w:rPr>
                <w:rFonts w:ascii="Arial" w:hAnsi="Arial" w:cs="Arial"/>
                <w:b/>
                <w:sz w:val="26"/>
                <w:rtl/>
                <w:szCs w:val="26"/>
                <w:bCs/>
              </w:rPr>
              <w:t>היגד</w:t>
            </w:r>
          </w:p>
        </w:tc>
        <w:tc>
          <w:tcPr>
            <w:tcW w:type="dxa" w:w="2606"/>
            <w:shd w:val="clear" w:fill="E5DBFF"/>
          </w:tcPr>
          <w:p>
            <w:pPr>
              <w:bidi/>
              <w:jc w:val="right"/>
            </w:pPr>
            <w:r>
              <w:rPr>
                <w:rFonts w:ascii="Arial" w:hAnsi="Arial" w:cs="Arial"/>
                <w:b/>
                <w:sz w:val="26"/>
                <w:rtl/>
                <w:szCs w:val="26"/>
                <w:bCs/>
              </w:rPr>
              <w:t>אות</w:t>
            </w:r>
          </w:p>
        </w:tc>
        <w:tc>
          <w:tcPr>
            <w:tcW w:type="dxa" w:w="2606"/>
            <w:shd w:val="clear" w:fill="E5DBFF"/>
          </w:tcPr>
          <w:p>
            <w:pPr>
              <w:bidi/>
              <w:jc w:val="right"/>
            </w:pPr>
            <w:r>
              <w:rPr>
                <w:rFonts w:ascii="Arial" w:hAnsi="Arial" w:cs="Arial"/>
                <w:b/>
                <w:sz w:val="26"/>
                <w:rtl/>
                <w:szCs w:val="26"/>
                <w:bCs/>
              </w:rPr>
            </w:r>
          </w:p>
        </w:tc>
        <w:tc>
          <w:tcPr>
            <w:tcW w:type="dxa" w:w="2606"/>
            <w:shd w:val="clear" w:fill="E5DBFF"/>
          </w:tcPr>
          <w:p>
            <w:pPr>
              <w:bidi/>
              <w:jc w:val="right"/>
            </w:pPr>
            <w:r>
              <w:rPr>
                <w:rFonts w:ascii="Arial" w:hAnsi="Arial" w:cs="Arial"/>
                <w:b/>
                <w:sz w:val="26"/>
                <w:rtl/>
                <w:szCs w:val="26"/>
                <w:bCs/>
              </w:rPr>
              <w:t>הקשר</w:t>
            </w:r>
          </w:p>
        </w:tc>
      </w:tr>
      <w:tr>
        <w:tc>
          <w:tcPr>
            <w:tcW w:type="dxa" w:w="2606"/>
          </w:tcPr>
          <w:p>
            <w:pPr>
              <w:bidi/>
              <w:jc w:val="right"/>
            </w:pPr>
            <w:r>
              <w:rPr>
                <w:rFonts w:ascii="Arial" w:hAnsi="Arial" w:cs="Arial"/>
                <w:sz w:val="26"/>
                <w:rtl/>
                <w:szCs w:val="26"/>
              </w:rPr>
              <w:t>סֻפְגָּנִיָּה</w:t>
            </w:r>
          </w:p>
        </w:tc>
        <w:tc>
          <w:tcPr>
            <w:tcW w:type="dxa" w:w="2606"/>
          </w:tcPr>
          <w:p>
            <w:pPr>
              <w:bidi/>
              <w:jc w:val="right"/>
            </w:pPr>
            <w:r>
              <w:rPr>
                <w:rFonts w:ascii="Arial" w:hAnsi="Arial" w:cs="Arial"/>
                <w:sz w:val="26"/>
                <w:rtl/>
                <w:szCs w:val="26"/>
              </w:rPr>
              <w:t>____</w:t>
            </w:r>
          </w:p>
        </w:tc>
        <w:tc>
          <w:tcPr>
            <w:tcW w:type="dxa" w:w="2606"/>
          </w:tcPr>
          <w:p>
            <w:pPr>
              <w:bidi/>
              <w:jc w:val="right"/>
            </w:pPr>
            <w:r>
              <w:rPr>
                <w:rFonts w:ascii="Arial" w:hAnsi="Arial" w:cs="Arial"/>
                <w:sz w:val="26"/>
                <w:rtl/>
                <w:szCs w:val="26"/>
              </w:rPr>
              <w:t>א.</w:t>
            </w:r>
          </w:p>
        </w:tc>
        <w:tc>
          <w:tcPr>
            <w:tcW w:type="dxa" w:w="2606"/>
          </w:tcPr>
          <w:p>
            <w:pPr>
              <w:bidi/>
              <w:jc w:val="right"/>
            </w:pPr>
            <w:r>
              <w:rPr>
                <w:rFonts w:ascii="Arial" w:hAnsi="Arial" w:cs="Arial"/>
                <w:sz w:val="26"/>
                <w:rtl/>
                <w:szCs w:val="26"/>
              </w:rPr>
              <w:t>מִתַּפּוּחֵי אֲדָמָה</w:t>
            </w:r>
          </w:p>
        </w:tc>
      </w:tr>
      <w:tr>
        <w:tc>
          <w:tcPr>
            <w:tcW w:type="dxa" w:w="2606"/>
          </w:tcPr>
          <w:p>
            <w:pPr>
              <w:bidi/>
              <w:jc w:val="right"/>
            </w:pPr>
            <w:r>
              <w:rPr>
                <w:rFonts w:ascii="Arial" w:hAnsi="Arial" w:cs="Arial"/>
                <w:sz w:val="26"/>
                <w:rtl/>
                <w:szCs w:val="26"/>
              </w:rPr>
              <w:t>לְבִיבָה</w:t>
            </w:r>
          </w:p>
        </w:tc>
        <w:tc>
          <w:tcPr>
            <w:tcW w:type="dxa" w:w="2606"/>
          </w:tcPr>
          <w:p>
            <w:pPr>
              <w:bidi/>
              <w:jc w:val="right"/>
            </w:pPr>
            <w:r>
              <w:rPr>
                <w:rFonts w:ascii="Arial" w:hAnsi="Arial" w:cs="Arial"/>
                <w:sz w:val="26"/>
                <w:rtl/>
                <w:szCs w:val="26"/>
              </w:rPr>
              <w:t>____</w:t>
            </w:r>
          </w:p>
        </w:tc>
        <w:tc>
          <w:tcPr>
            <w:tcW w:type="dxa" w:w="2606"/>
          </w:tcPr>
          <w:p>
            <w:pPr>
              <w:bidi/>
              <w:jc w:val="right"/>
            </w:pPr>
            <w:r>
              <w:rPr>
                <w:rFonts w:ascii="Arial" w:hAnsi="Arial" w:cs="Arial"/>
                <w:sz w:val="26"/>
                <w:rtl/>
                <w:szCs w:val="26"/>
              </w:rPr>
              <w:t>ב.</w:t>
            </w:r>
          </w:p>
        </w:tc>
        <w:tc>
          <w:tcPr>
            <w:tcW w:type="dxa" w:w="2606"/>
          </w:tcPr>
          <w:p>
            <w:pPr>
              <w:bidi/>
              <w:jc w:val="right"/>
            </w:pPr>
            <w:r>
              <w:rPr>
                <w:rFonts w:ascii="Arial" w:hAnsi="Arial" w:cs="Arial"/>
                <w:sz w:val="26"/>
                <w:rtl/>
                <w:szCs w:val="26"/>
              </w:rPr>
              <w:t>בְּצוּרַת טַבַּעַת</w:t>
            </w:r>
          </w:p>
        </w:tc>
      </w:tr>
      <w:tr>
        <w:tc>
          <w:tcPr>
            <w:tcW w:type="dxa" w:w="2606"/>
          </w:tcPr>
          <w:p>
            <w:pPr>
              <w:bidi/>
              <w:jc w:val="right"/>
            </w:pPr>
            <w:r>
              <w:rPr>
                <w:rFonts w:ascii="Arial" w:hAnsi="Arial" w:cs="Arial"/>
                <w:sz w:val="26"/>
                <w:rtl/>
                <w:szCs w:val="26"/>
              </w:rPr>
              <w:t>סְפִינְג׳</w:t>
            </w:r>
          </w:p>
        </w:tc>
        <w:tc>
          <w:tcPr>
            <w:tcW w:type="dxa" w:w="2606"/>
          </w:tcPr>
          <w:p>
            <w:pPr>
              <w:bidi/>
              <w:jc w:val="right"/>
            </w:pPr>
            <w:r>
              <w:rPr>
                <w:rFonts w:ascii="Arial" w:hAnsi="Arial" w:cs="Arial"/>
                <w:sz w:val="26"/>
                <w:rtl/>
                <w:szCs w:val="26"/>
              </w:rPr>
              <w:t>____</w:t>
            </w:r>
          </w:p>
        </w:tc>
        <w:tc>
          <w:tcPr>
            <w:tcW w:type="dxa" w:w="2606"/>
          </w:tcPr>
          <w:p>
            <w:pPr>
              <w:bidi/>
              <w:jc w:val="right"/>
            </w:pPr>
            <w:r>
              <w:rPr>
                <w:rFonts w:ascii="Arial" w:hAnsi="Arial" w:cs="Arial"/>
                <w:sz w:val="26"/>
                <w:rtl/>
                <w:szCs w:val="26"/>
              </w:rPr>
              <w:t>ג.</w:t>
            </w:r>
          </w:p>
        </w:tc>
        <w:tc>
          <w:tcPr>
            <w:tcW w:type="dxa" w:w="2606"/>
          </w:tcPr>
          <w:p>
            <w:pPr>
              <w:bidi/>
              <w:jc w:val="right"/>
            </w:pPr>
            <w:r>
              <w:rPr>
                <w:rFonts w:ascii="Arial" w:hAnsi="Arial" w:cs="Arial"/>
                <w:sz w:val="26"/>
                <w:rtl/>
                <w:szCs w:val="26"/>
              </w:rPr>
              <w:t>עִם רִבָּה בִּפְנִים</w:t>
            </w:r>
          </w:p>
        </w:tc>
      </w:tr>
    </w:tbl>
    <w:p>
      <w:pPr>
        <w:bidi/>
        <w:jc w:val="right"/>
      </w:pPr>
    </w:p>
    <w:p>
      <w:pPr>
        <w:bidi/>
        <w:jc w:val="right"/>
      </w:pPr>
      <w:r>
        <w:rPr>
          <w:rFonts w:ascii="Arial" w:hAnsi="Arial" w:cs="Arial"/>
          <w:b/>
          <w:sz w:val="28"/>
          <w:rtl/>
          <w:szCs w:val="28"/>
          <w:bCs/>
        </w:rPr>
        <w:t>4. 🎲 שֻׁלְחַן הַמִּשְׂחָק – עִם מָה מְשַׂחֲקִים בַּחֲנֻכָּה?</w:t>
      </w:r>
    </w:p>
    <w:p>
      <w:pPr>
        <w:bidi/>
        <w:jc w:val="right"/>
      </w:pPr>
      <w:r>
        <w:rPr>
          <w:rFonts w:ascii="Arial" w:hAnsi="Arial" w:cs="Arial"/>
          <w:sz w:val="28"/>
          <w:rtl/>
          <w:szCs w:val="28"/>
        </w:rPr>
        <w:t xml:space="preserve">   ◯ א. מַפְתֵּחַ</w:t>
      </w:r>
    </w:p>
    <w:p>
      <w:pPr>
        <w:bidi/>
        <w:jc w:val="right"/>
      </w:pPr>
      <w:r>
        <w:rPr>
          <w:rFonts w:ascii="Arial" w:hAnsi="Arial" w:cs="Arial"/>
          <w:sz w:val="28"/>
          <w:rtl/>
          <w:szCs w:val="28"/>
        </w:rPr>
        <w:t xml:space="preserve">   ◯ ב. כַּדּוּר</w:t>
      </w:r>
    </w:p>
    <w:p>
      <w:pPr>
        <w:bidi/>
        <w:jc w:val="right"/>
      </w:pPr>
      <w:r>
        <w:rPr>
          <w:rFonts w:ascii="Arial" w:hAnsi="Arial" w:cs="Arial"/>
          <w:sz w:val="28"/>
          <w:rtl/>
          <w:szCs w:val="28"/>
        </w:rPr>
        <w:t xml:space="preserve">   ◯ ג. גַּלְגַּל</w:t>
      </w:r>
    </w:p>
    <w:p>
      <w:pPr>
        <w:bidi/>
        <w:jc w:val="right"/>
      </w:pPr>
      <w:r>
        <w:rPr>
          <w:rFonts w:ascii="Arial" w:hAnsi="Arial" w:cs="Arial"/>
          <w:sz w:val="28"/>
          <w:rtl/>
          <w:szCs w:val="28"/>
        </w:rPr>
        <w:t xml:space="preserve">   ◯ ד. סְבִיבוֹן</w:t>
      </w:r>
    </w:p>
    <w:p>
      <w:pPr>
        <w:bidi/>
        <w:jc w:val="right"/>
      </w:pPr>
      <w:r>
        <w:rPr>
          <w:rFonts w:ascii="Arial" w:hAnsi="Arial" w:cs="Arial"/>
          <w:b/>
          <w:sz w:val="28"/>
          <w:rtl/>
          <w:szCs w:val="28"/>
          <w:bCs/>
        </w:rPr>
        <w:t>5. 📅 לוּחַ הַשָּׁנָה – בְּאֵיזֶה חֹדֶשׁ מַתְחִילָה חֲנֻכָּה?</w:t>
      </w:r>
    </w:p>
    <w:p>
      <w:pPr>
        <w:bidi/>
        <w:jc w:val="right"/>
      </w:pPr>
      <w:r>
        <w:rPr>
          <w:rFonts w:ascii="Arial" w:hAnsi="Arial" w:cs="Arial"/>
          <w:sz w:val="28"/>
          <w:rtl/>
          <w:szCs w:val="28"/>
        </w:rPr>
        <w:t xml:space="preserve">   ◯ א. כִּסְלֵו</w:t>
      </w:r>
    </w:p>
    <w:p>
      <w:pPr>
        <w:bidi/>
        <w:jc w:val="right"/>
      </w:pPr>
      <w:r>
        <w:rPr>
          <w:rFonts w:ascii="Arial" w:hAnsi="Arial" w:cs="Arial"/>
          <w:sz w:val="28"/>
          <w:rtl/>
          <w:szCs w:val="28"/>
        </w:rPr>
        <w:t xml:space="preserve">   ◯ ב. נִיסָן</w:t>
      </w:r>
    </w:p>
    <w:p>
      <w:pPr>
        <w:bidi/>
        <w:jc w:val="right"/>
      </w:pPr>
      <w:r>
        <w:rPr>
          <w:rFonts w:ascii="Arial" w:hAnsi="Arial" w:cs="Arial"/>
          <w:sz w:val="28"/>
          <w:rtl/>
          <w:szCs w:val="28"/>
        </w:rPr>
        <w:t xml:space="preserve">   ◯ ג. אֱלוּל</w:t>
      </w:r>
    </w:p>
    <w:p>
      <w:pPr>
        <w:bidi/>
        <w:jc w:val="right"/>
      </w:pPr>
      <w:r>
        <w:rPr>
          <w:rFonts w:ascii="Arial" w:hAnsi="Arial" w:cs="Arial"/>
          <w:sz w:val="28"/>
          <w:rtl/>
          <w:szCs w:val="28"/>
        </w:rPr>
        <w:t xml:space="preserve">   ◯ ד. אֲדָר</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1738"/>
        <w:gridCol w:w="1738"/>
        <w:gridCol w:w="1738"/>
        <w:gridCol w:w="1738"/>
        <w:gridCol w:w="1738"/>
        <w:gridCol w:w="1738"/>
      </w:tblGrid>
      <w:tr>
        <w:tc>
          <w:tcPr>
            <w:tcW w:type="dxa" w:w="1738"/>
            <w:shd w:val="clear" w:fill="E5DBFF"/>
          </w:tcPr>
          <w:p>
            <w:pPr>
              <w:bidi/>
              <w:jc w:val="right"/>
            </w:pPr>
            <w:r>
              <w:rPr>
                <w:rFonts w:ascii="Arial" w:hAnsi="Arial" w:cs="Arial"/>
                <w:b/>
                <w:sz w:val="26"/>
                <w:rtl/>
                <w:szCs w:val="26"/>
                <w:bCs/>
              </w:rPr>
              <w:t>תחנה</w:t>
            </w:r>
          </w:p>
        </w:tc>
        <w:tc>
          <w:tcPr>
            <w:tcW w:type="dxa" w:w="1738"/>
            <w:shd w:val="clear" w:fill="E5DBFF"/>
          </w:tcPr>
          <w:p>
            <w:pPr>
              <w:bidi/>
              <w:jc w:val="right"/>
            </w:pPr>
            <w:r>
              <w:rPr>
                <w:rFonts w:ascii="Arial" w:hAnsi="Arial" w:cs="Arial"/>
                <w:b/>
                <w:sz w:val="26"/>
                <w:rtl/>
                <w:szCs w:val="26"/>
                <w:bCs/>
              </w:rPr>
              <w:t>1</w:t>
            </w:r>
          </w:p>
        </w:tc>
        <w:tc>
          <w:tcPr>
            <w:tcW w:type="dxa" w:w="1738"/>
            <w:shd w:val="clear" w:fill="E5DBFF"/>
          </w:tcPr>
          <w:p>
            <w:pPr>
              <w:bidi/>
              <w:jc w:val="right"/>
            </w:pPr>
            <w:r>
              <w:rPr>
                <w:rFonts w:ascii="Arial" w:hAnsi="Arial" w:cs="Arial"/>
                <w:b/>
                <w:sz w:val="26"/>
                <w:rtl/>
                <w:szCs w:val="26"/>
                <w:bCs/>
              </w:rPr>
              <w:t>2</w:t>
            </w:r>
          </w:p>
        </w:tc>
        <w:tc>
          <w:tcPr>
            <w:tcW w:type="dxa" w:w="1738"/>
            <w:shd w:val="clear" w:fill="E5DBFF"/>
          </w:tcPr>
          <w:p>
            <w:pPr>
              <w:bidi/>
              <w:jc w:val="right"/>
            </w:pPr>
            <w:r>
              <w:rPr>
                <w:rFonts w:ascii="Arial" w:hAnsi="Arial" w:cs="Arial"/>
                <w:b/>
                <w:sz w:val="26"/>
                <w:rtl/>
                <w:szCs w:val="26"/>
                <w:bCs/>
              </w:rPr>
              <w:t>3</w:t>
            </w:r>
          </w:p>
        </w:tc>
        <w:tc>
          <w:tcPr>
            <w:tcW w:type="dxa" w:w="1738"/>
            <w:shd w:val="clear" w:fill="E5DBFF"/>
          </w:tcPr>
          <w:p>
            <w:pPr>
              <w:bidi/>
              <w:jc w:val="right"/>
            </w:pPr>
            <w:r>
              <w:rPr>
                <w:rFonts w:ascii="Arial" w:hAnsi="Arial" w:cs="Arial"/>
                <w:b/>
                <w:sz w:val="26"/>
                <w:rtl/>
                <w:szCs w:val="26"/>
                <w:bCs/>
              </w:rPr>
              <w:t>4</w:t>
            </w:r>
          </w:p>
        </w:tc>
        <w:tc>
          <w:tcPr>
            <w:tcW w:type="dxa" w:w="1738"/>
            <w:shd w:val="clear" w:fill="E5DBFF"/>
          </w:tcPr>
          <w:p>
            <w:pPr>
              <w:bidi/>
              <w:jc w:val="right"/>
            </w:pPr>
            <w:r>
              <w:rPr>
                <w:rFonts w:ascii="Arial" w:hAnsi="Arial" w:cs="Arial"/>
                <w:b/>
                <w:sz w:val="26"/>
                <w:rtl/>
                <w:szCs w:val="26"/>
                <w:bCs/>
              </w:rPr>
              <w:t>5</w:t>
            </w:r>
          </w:p>
        </w:tc>
      </w:tr>
      <w:tr>
        <w:tc>
          <w:tcPr>
            <w:tcW w:type="dxa" w:w="1738"/>
          </w:tcPr>
          <w:p>
            <w:pPr>
              <w:bidi/>
              <w:jc w:val="right"/>
            </w:pPr>
            <w:r>
              <w:rPr>
                <w:rFonts w:ascii="Arial" w:hAnsi="Arial" w:cs="Arial"/>
                <w:sz w:val="26"/>
                <w:rtl/>
                <w:szCs w:val="26"/>
              </w:rPr>
              <w:t>אות קסם</w:t>
            </w:r>
          </w:p>
        </w:tc>
        <w:tc>
          <w:tcPr>
            <w:tcW w:type="dxa" w:w="1738"/>
          </w:tcPr>
          <w:p>
            <w:pPr>
              <w:bidi/>
              <w:jc w:val="right"/>
            </w:pPr>
            <w:r>
              <w:rPr>
                <w:rFonts w:ascii="Arial" w:hAnsi="Arial" w:cs="Arial"/>
                <w:sz w:val="26"/>
                <w:rtl/>
                <w:szCs w:val="26"/>
              </w:rPr>
              <w:t>☐</w:t>
            </w:r>
          </w:p>
        </w:tc>
        <w:tc>
          <w:tcPr>
            <w:tcW w:type="dxa" w:w="1738"/>
          </w:tcPr>
          <w:p>
            <w:pPr>
              <w:bidi/>
              <w:jc w:val="right"/>
            </w:pPr>
            <w:r>
              <w:rPr>
                <w:rFonts w:ascii="Arial" w:hAnsi="Arial" w:cs="Arial"/>
                <w:sz w:val="26"/>
                <w:rtl/>
                <w:szCs w:val="26"/>
              </w:rPr>
              <w:t>☐</w:t>
            </w:r>
          </w:p>
        </w:tc>
        <w:tc>
          <w:tcPr>
            <w:tcW w:type="dxa" w:w="1738"/>
          </w:tcPr>
          <w:p>
            <w:pPr>
              <w:bidi/>
              <w:jc w:val="right"/>
            </w:pPr>
            <w:r>
              <w:rPr>
                <w:rFonts w:ascii="Arial" w:hAnsi="Arial" w:cs="Arial"/>
                <w:sz w:val="26"/>
                <w:rtl/>
                <w:szCs w:val="26"/>
              </w:rPr>
              <w:t>☐</w:t>
            </w:r>
          </w:p>
        </w:tc>
        <w:tc>
          <w:tcPr>
            <w:tcW w:type="dxa" w:w="1738"/>
          </w:tcPr>
          <w:p>
            <w:pPr>
              <w:bidi/>
              <w:jc w:val="right"/>
            </w:pPr>
            <w:r>
              <w:rPr>
                <w:rFonts w:ascii="Arial" w:hAnsi="Arial" w:cs="Arial"/>
                <w:sz w:val="26"/>
                <w:rtl/>
                <w:szCs w:val="26"/>
              </w:rPr>
              <w:t>☐</w:t>
            </w:r>
          </w:p>
        </w:tc>
        <w:tc>
          <w:tcPr>
            <w:tcW w:type="dxa" w:w="1738"/>
          </w:tcPr>
          <w:p>
            <w:pPr>
              <w:bidi/>
              <w:jc w:val="right"/>
            </w:pPr>
            <w:r>
              <w:rPr>
                <w:rFonts w:ascii="Arial" w:hAnsi="Arial" w:cs="Arial"/>
                <w:sz w:val="26"/>
                <w:rtl/>
                <w:szCs w:val="26"/>
              </w:rPr>
              <w:t>☐</w:t>
            </w:r>
          </w:p>
        </w:tc>
      </w:tr>
    </w:tbl>
    <w:p>
      <w:pPr>
        <w:bidi/>
        <w:jc w:val="right"/>
      </w:pPr>
    </w:p>
    <w:p>
      <w:pPr>
        <w:bidi/>
        <w:jc w:val="right"/>
      </w:pPr>
      <w:r>
        <w:rPr>
          <w:rFonts w:ascii="Arial" w:hAnsi="Arial" w:cs="Arial"/>
          <w:sz w:val="28"/>
          <w:rtl/>
          <w:szCs w:val="28"/>
        </w:rPr>
        <w:t>🚪 קוד היציאה: ______________</w:t>
      </w:r>
    </w:p>
    <w:p>
      <w:pPr>
        <w:bidi/>
        <w:pStyle w:val="Heading2"/>
        <w:jc w:val="right"/>
      </w:pPr>
      <w:r>
        <w:rPr>
          <w:rFonts w:ascii="Arial" w:hAnsi="Arial" w:cs="Arial"/>
          <w:b/>
          <w:color w:val="6A3FD4"/>
          <w:sz w:val="32"/>
          <w:rtl/>
          <w:szCs w:val="32"/>
          <w:bCs/>
        </w:rPr>
        <w:t>⏳🗂️ 🧩 מְסַדְּרִים וּמְמַיְּנִים</w:t>
      </w:r>
    </w:p>
    <w:p>
      <w:pPr>
        <w:bidi/>
        <w:jc w:val="right"/>
      </w:pPr>
      <w:r>
        <w:rPr>
          <w:rFonts w:ascii="Arial" w:hAnsi="Arial" w:cs="Arial"/>
          <w:color w:val="555577"/>
          <w:sz w:val="28"/>
          <w:rtl/>
          <w:szCs w:val="28"/>
        </w:rPr>
        <w:t>קִרְאוּ, סַדְּרוּ וּמַיְּנוּ. אֶפְשָׁר לַעֲבֹד בְּזוּגוֹת. 👫</w:t>
      </w:r>
    </w:p>
    <w:p>
      <w:pPr>
        <w:bidi/>
        <w:jc w:val="right"/>
      </w:pPr>
      <w:r>
        <w:rPr>
          <w:rFonts w:ascii="Arial" w:hAnsi="Arial" w:cs="Arial"/>
          <w:sz w:val="28"/>
          <w:rtl/>
          <w:szCs w:val="28"/>
        </w:rPr>
        <w:t>סַדְּרוּ אֶת הַסִּפּוּר שֶׁל חֲנֻכָּה. – מספרו לפי הסדר (1 = ראשון):</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5213"/>
        <w:gridCol w:w="5213"/>
      </w:tblGrid>
      <w:tr>
        <w:tc>
          <w:tcPr>
            <w:tcW w:type="dxa" w:w="5213"/>
            <w:shd w:val="clear" w:fill="E5DBFF"/>
          </w:tcPr>
          <w:p>
            <w:pPr>
              <w:bidi/>
              <w:jc w:val="right"/>
            </w:pPr>
            <w:r>
              <w:rPr>
                <w:rFonts w:ascii="Arial" w:hAnsi="Arial" w:cs="Arial"/>
                <w:b/>
                <w:sz w:val="26"/>
                <w:rtl/>
                <w:szCs w:val="26"/>
                <w:bCs/>
              </w:rPr>
              <w:t>מספר</w:t>
            </w:r>
          </w:p>
        </w:tc>
        <w:tc>
          <w:tcPr>
            <w:tcW w:type="dxa" w:w="5213"/>
            <w:shd w:val="clear" w:fill="E5DBFF"/>
          </w:tcPr>
          <w:p>
            <w:pPr>
              <w:bidi/>
              <w:jc w:val="right"/>
            </w:pPr>
            <w:r>
              <w:rPr>
                <w:rFonts w:ascii="Arial" w:hAnsi="Arial" w:cs="Arial"/>
                <w:b/>
                <w:sz w:val="26"/>
                <w:rtl/>
                <w:szCs w:val="26"/>
                <w:bCs/>
              </w:rPr>
              <w:t>האירוע / השלב</w:t>
            </w:r>
          </w:p>
        </w:tc>
      </w:tr>
      <w:tr>
        <w:tc>
          <w:tcPr>
            <w:tcW w:type="dxa" w:w="5213"/>
          </w:tcPr>
          <w:p>
            <w:pPr>
              <w:bidi/>
              <w:jc w:val="right"/>
            </w:pPr>
            <w:r>
              <w:rPr>
                <w:rFonts w:ascii="Arial" w:hAnsi="Arial" w:cs="Arial"/>
                <w:sz w:val="26"/>
                <w:rtl/>
                <w:szCs w:val="26"/>
              </w:rPr>
              <w:t>( )</w:t>
            </w:r>
          </w:p>
        </w:tc>
        <w:tc>
          <w:tcPr>
            <w:tcW w:type="dxa" w:w="5213"/>
          </w:tcPr>
          <w:p>
            <w:pPr>
              <w:bidi/>
              <w:jc w:val="right"/>
            </w:pPr>
            <w:r>
              <w:rPr>
                <w:rFonts w:ascii="Arial" w:hAnsi="Arial" w:cs="Arial"/>
                <w:sz w:val="26"/>
                <w:rtl/>
                <w:szCs w:val="26"/>
              </w:rPr>
              <w:t>הָאוֹר דָּלַק שְׁמוֹנָה יָמִים</w:t>
            </w:r>
          </w:p>
        </w:tc>
      </w:tr>
      <w:tr>
        <w:tc>
          <w:tcPr>
            <w:tcW w:type="dxa" w:w="5213"/>
          </w:tcPr>
          <w:p>
            <w:pPr>
              <w:bidi/>
              <w:jc w:val="right"/>
            </w:pPr>
            <w:r>
              <w:rPr>
                <w:rFonts w:ascii="Arial" w:hAnsi="Arial" w:cs="Arial"/>
                <w:sz w:val="26"/>
                <w:rtl/>
                <w:szCs w:val="26"/>
              </w:rPr>
              <w:t>( )</w:t>
            </w:r>
          </w:p>
        </w:tc>
        <w:tc>
          <w:tcPr>
            <w:tcW w:type="dxa" w:w="5213"/>
          </w:tcPr>
          <w:p>
            <w:pPr>
              <w:bidi/>
              <w:jc w:val="right"/>
            </w:pPr>
            <w:r>
              <w:rPr>
                <w:rFonts w:ascii="Arial" w:hAnsi="Arial" w:cs="Arial"/>
                <w:sz w:val="26"/>
                <w:rtl/>
                <w:szCs w:val="26"/>
              </w:rPr>
              <w:t>הַמַּכַּבִּים חָזְרוּ לְבֵית הַמִּקְדָּשׁ</w:t>
            </w:r>
          </w:p>
        </w:tc>
      </w:tr>
      <w:tr>
        <w:tc>
          <w:tcPr>
            <w:tcW w:type="dxa" w:w="5213"/>
          </w:tcPr>
          <w:p>
            <w:pPr>
              <w:bidi/>
              <w:jc w:val="right"/>
            </w:pPr>
            <w:r>
              <w:rPr>
                <w:rFonts w:ascii="Arial" w:hAnsi="Arial" w:cs="Arial"/>
                <w:sz w:val="26"/>
                <w:rtl/>
                <w:szCs w:val="26"/>
              </w:rPr>
              <w:t>( )</w:t>
            </w:r>
          </w:p>
        </w:tc>
        <w:tc>
          <w:tcPr>
            <w:tcW w:type="dxa" w:w="5213"/>
          </w:tcPr>
          <w:p>
            <w:pPr>
              <w:bidi/>
              <w:jc w:val="right"/>
            </w:pPr>
            <w:r>
              <w:rPr>
                <w:rFonts w:ascii="Arial" w:hAnsi="Arial" w:cs="Arial"/>
                <w:sz w:val="26"/>
                <w:rtl/>
                <w:szCs w:val="26"/>
              </w:rPr>
              <w:t>הֵם הִדְלִיקוּ אֶת הַמְּנוֹרָה</w:t>
            </w:r>
          </w:p>
        </w:tc>
      </w:tr>
      <w:tr>
        <w:tc>
          <w:tcPr>
            <w:tcW w:type="dxa" w:w="5213"/>
          </w:tcPr>
          <w:p>
            <w:pPr>
              <w:bidi/>
              <w:jc w:val="right"/>
            </w:pPr>
            <w:r>
              <w:rPr>
                <w:rFonts w:ascii="Arial" w:hAnsi="Arial" w:cs="Arial"/>
                <w:sz w:val="26"/>
                <w:rtl/>
                <w:szCs w:val="26"/>
              </w:rPr>
              <w:t>( )</w:t>
            </w:r>
          </w:p>
        </w:tc>
        <w:tc>
          <w:tcPr>
            <w:tcW w:type="dxa" w:w="5213"/>
          </w:tcPr>
          <w:p>
            <w:pPr>
              <w:bidi/>
              <w:jc w:val="right"/>
            </w:pPr>
            <w:r>
              <w:rPr>
                <w:rFonts w:ascii="Arial" w:hAnsi="Arial" w:cs="Arial"/>
                <w:sz w:val="26"/>
                <w:rtl/>
                <w:szCs w:val="26"/>
              </w:rPr>
              <w:t>הֵם מָצְאוּ שֶׁמֶן לְיוֹם אֶחָד</w:t>
            </w:r>
          </w:p>
        </w:tc>
      </w:tr>
    </w:tbl>
    <w:p>
      <w:pPr>
        <w:bidi/>
        <w:jc w:val="right"/>
      </w:pPr>
    </w:p>
    <w:p>
      <w:pPr>
        <w:bidi/>
        <w:jc w:val="right"/>
      </w:pPr>
      <w:r>
        <w:rPr>
          <w:rFonts w:ascii="Arial" w:hAnsi="Arial" w:cs="Arial"/>
          <w:sz w:val="28"/>
          <w:rtl/>
          <w:szCs w:val="28"/>
        </w:rPr>
        <w:t>מַיְּנוּ: אוֹכְלִים, מַדְלִיקִים אוֹ מְשַׂחֲקִים? – סמנו ✓ בעמודה המתאימה:</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2606"/>
        <w:gridCol w:w="2606"/>
        <w:gridCol w:w="2606"/>
        <w:gridCol w:w="2606"/>
      </w:tblGrid>
      <w:tr>
        <w:tc>
          <w:tcPr>
            <w:tcW w:type="dxa" w:w="2606"/>
            <w:shd w:val="clear" w:fill="E5DBFF"/>
          </w:tcPr>
          <w:p>
            <w:pPr>
              <w:bidi/>
              <w:jc w:val="right"/>
            </w:pPr>
            <w:r>
              <w:rPr>
                <w:rFonts w:ascii="Arial" w:hAnsi="Arial" w:cs="Arial"/>
                <w:b/>
                <w:sz w:val="26"/>
                <w:rtl/>
                <w:szCs w:val="26"/>
                <w:bCs/>
              </w:rPr>
              <w:t>כרטיס</w:t>
            </w:r>
          </w:p>
        </w:tc>
        <w:tc>
          <w:tcPr>
            <w:tcW w:type="dxa" w:w="2606"/>
            <w:shd w:val="clear" w:fill="E5DBFF"/>
          </w:tcPr>
          <w:p>
            <w:pPr>
              <w:bidi/>
              <w:jc w:val="right"/>
            </w:pPr>
            <w:r>
              <w:rPr>
                <w:rFonts w:ascii="Arial" w:hAnsi="Arial" w:cs="Arial"/>
                <w:b/>
                <w:sz w:val="26"/>
                <w:rtl/>
                <w:szCs w:val="26"/>
                <w:bCs/>
              </w:rPr>
              <w:t>אוֹכְלִים 🍽️</w:t>
            </w:r>
          </w:p>
        </w:tc>
        <w:tc>
          <w:tcPr>
            <w:tcW w:type="dxa" w:w="2606"/>
            <w:shd w:val="clear" w:fill="E5DBFF"/>
          </w:tcPr>
          <w:p>
            <w:pPr>
              <w:bidi/>
              <w:jc w:val="right"/>
            </w:pPr>
            <w:r>
              <w:rPr>
                <w:rFonts w:ascii="Arial" w:hAnsi="Arial" w:cs="Arial"/>
                <w:b/>
                <w:sz w:val="26"/>
                <w:rtl/>
                <w:szCs w:val="26"/>
                <w:bCs/>
              </w:rPr>
              <w:t>מַדְלִיקִים 🔥</w:t>
            </w:r>
          </w:p>
        </w:tc>
        <w:tc>
          <w:tcPr>
            <w:tcW w:type="dxa" w:w="2606"/>
            <w:shd w:val="clear" w:fill="E5DBFF"/>
          </w:tcPr>
          <w:p>
            <w:pPr>
              <w:bidi/>
              <w:jc w:val="right"/>
            </w:pPr>
            <w:r>
              <w:rPr>
                <w:rFonts w:ascii="Arial" w:hAnsi="Arial" w:cs="Arial"/>
                <w:b/>
                <w:sz w:val="26"/>
                <w:rtl/>
                <w:szCs w:val="26"/>
                <w:bCs/>
              </w:rPr>
              <w:t>מְשַׂחֲקִים 🎲</w:t>
            </w:r>
          </w:p>
        </w:tc>
      </w:tr>
      <w:tr>
        <w:tc>
          <w:tcPr>
            <w:tcW w:type="dxa" w:w="2606"/>
          </w:tcPr>
          <w:p>
            <w:pPr>
              <w:bidi/>
              <w:jc w:val="right"/>
            </w:pPr>
            <w:r>
              <w:rPr>
                <w:rFonts w:ascii="Arial" w:hAnsi="Arial" w:cs="Arial"/>
                <w:sz w:val="26"/>
                <w:rtl/>
                <w:szCs w:val="26"/>
              </w:rPr>
              <w:t>סְבִיבוֹן</w:t>
            </w:r>
          </w:p>
        </w:tc>
        <w:tc>
          <w:tcPr>
            <w:tcW w:type="dxa" w:w="2606"/>
          </w:tcPr>
          <w:p>
            <w:pPr>
              <w:bidi/>
              <w:jc w:val="right"/>
            </w:pPr>
            <w:r>
              <w:rPr>
                <w:rFonts w:ascii="Arial" w:hAnsi="Arial" w:cs="Arial"/>
                <w:sz w:val="26"/>
                <w:rtl/>
                <w:szCs w:val="26"/>
              </w:rPr>
              <w:t>☐</w:t>
            </w:r>
          </w:p>
        </w:tc>
        <w:tc>
          <w:tcPr>
            <w:tcW w:type="dxa" w:w="2606"/>
          </w:tcPr>
          <w:p>
            <w:pPr>
              <w:bidi/>
              <w:jc w:val="right"/>
            </w:pPr>
            <w:r>
              <w:rPr>
                <w:rFonts w:ascii="Arial" w:hAnsi="Arial" w:cs="Arial"/>
                <w:sz w:val="26"/>
                <w:rtl/>
                <w:szCs w:val="26"/>
              </w:rPr>
              <w:t>☐</w:t>
            </w:r>
          </w:p>
        </w:tc>
        <w:tc>
          <w:tcPr>
            <w:tcW w:type="dxa" w:w="2606"/>
          </w:tcPr>
          <w:p>
            <w:pPr>
              <w:bidi/>
              <w:jc w:val="right"/>
            </w:pPr>
            <w:r>
              <w:rPr>
                <w:rFonts w:ascii="Arial" w:hAnsi="Arial" w:cs="Arial"/>
                <w:sz w:val="26"/>
                <w:rtl/>
                <w:szCs w:val="26"/>
              </w:rPr>
              <w:t>☐</w:t>
            </w:r>
          </w:p>
        </w:tc>
      </w:tr>
      <w:tr>
        <w:tc>
          <w:tcPr>
            <w:tcW w:type="dxa" w:w="2606"/>
          </w:tcPr>
          <w:p>
            <w:pPr>
              <w:bidi/>
              <w:jc w:val="right"/>
            </w:pPr>
            <w:r>
              <w:rPr>
                <w:rFonts w:ascii="Arial" w:hAnsi="Arial" w:cs="Arial"/>
                <w:sz w:val="26"/>
                <w:rtl/>
                <w:szCs w:val="26"/>
              </w:rPr>
              <w:t>חִידוֹן חֲנֻכָּה</w:t>
            </w:r>
          </w:p>
        </w:tc>
        <w:tc>
          <w:tcPr>
            <w:tcW w:type="dxa" w:w="2606"/>
          </w:tcPr>
          <w:p>
            <w:pPr>
              <w:bidi/>
              <w:jc w:val="right"/>
            </w:pPr>
            <w:r>
              <w:rPr>
                <w:rFonts w:ascii="Arial" w:hAnsi="Arial" w:cs="Arial"/>
                <w:sz w:val="26"/>
                <w:rtl/>
                <w:szCs w:val="26"/>
              </w:rPr>
              <w:t>☐</w:t>
            </w:r>
          </w:p>
        </w:tc>
        <w:tc>
          <w:tcPr>
            <w:tcW w:type="dxa" w:w="2606"/>
          </w:tcPr>
          <w:p>
            <w:pPr>
              <w:bidi/>
              <w:jc w:val="right"/>
            </w:pPr>
            <w:r>
              <w:rPr>
                <w:rFonts w:ascii="Arial" w:hAnsi="Arial" w:cs="Arial"/>
                <w:sz w:val="26"/>
                <w:rtl/>
                <w:szCs w:val="26"/>
              </w:rPr>
              <w:t>☐</w:t>
            </w:r>
          </w:p>
        </w:tc>
        <w:tc>
          <w:tcPr>
            <w:tcW w:type="dxa" w:w="2606"/>
          </w:tcPr>
          <w:p>
            <w:pPr>
              <w:bidi/>
              <w:jc w:val="right"/>
            </w:pPr>
            <w:r>
              <w:rPr>
                <w:rFonts w:ascii="Arial" w:hAnsi="Arial" w:cs="Arial"/>
                <w:sz w:val="26"/>
                <w:rtl/>
                <w:szCs w:val="26"/>
              </w:rPr>
              <w:t>☐</w:t>
            </w:r>
          </w:p>
        </w:tc>
      </w:tr>
      <w:tr>
        <w:tc>
          <w:tcPr>
            <w:tcW w:type="dxa" w:w="2606"/>
          </w:tcPr>
          <w:p>
            <w:pPr>
              <w:bidi/>
              <w:jc w:val="right"/>
            </w:pPr>
            <w:r>
              <w:rPr>
                <w:rFonts w:ascii="Arial" w:hAnsi="Arial" w:cs="Arial"/>
                <w:sz w:val="26"/>
                <w:rtl/>
                <w:szCs w:val="26"/>
              </w:rPr>
              <w:t>נֵר</w:t>
            </w:r>
          </w:p>
        </w:tc>
        <w:tc>
          <w:tcPr>
            <w:tcW w:type="dxa" w:w="2606"/>
          </w:tcPr>
          <w:p>
            <w:pPr>
              <w:bidi/>
              <w:jc w:val="right"/>
            </w:pPr>
            <w:r>
              <w:rPr>
                <w:rFonts w:ascii="Arial" w:hAnsi="Arial" w:cs="Arial"/>
                <w:sz w:val="26"/>
                <w:rtl/>
                <w:szCs w:val="26"/>
              </w:rPr>
              <w:t>☐</w:t>
            </w:r>
          </w:p>
        </w:tc>
        <w:tc>
          <w:tcPr>
            <w:tcW w:type="dxa" w:w="2606"/>
          </w:tcPr>
          <w:p>
            <w:pPr>
              <w:bidi/>
              <w:jc w:val="right"/>
            </w:pPr>
            <w:r>
              <w:rPr>
                <w:rFonts w:ascii="Arial" w:hAnsi="Arial" w:cs="Arial"/>
                <w:sz w:val="26"/>
                <w:rtl/>
                <w:szCs w:val="26"/>
              </w:rPr>
              <w:t>☐</w:t>
            </w:r>
          </w:p>
        </w:tc>
        <w:tc>
          <w:tcPr>
            <w:tcW w:type="dxa" w:w="2606"/>
          </w:tcPr>
          <w:p>
            <w:pPr>
              <w:bidi/>
              <w:jc w:val="right"/>
            </w:pPr>
            <w:r>
              <w:rPr>
                <w:rFonts w:ascii="Arial" w:hAnsi="Arial" w:cs="Arial"/>
                <w:sz w:val="26"/>
                <w:rtl/>
                <w:szCs w:val="26"/>
              </w:rPr>
              <w:t>☐</w:t>
            </w:r>
          </w:p>
        </w:tc>
      </w:tr>
      <w:tr>
        <w:tc>
          <w:tcPr>
            <w:tcW w:type="dxa" w:w="2606"/>
          </w:tcPr>
          <w:p>
            <w:pPr>
              <w:bidi/>
              <w:jc w:val="right"/>
            </w:pPr>
            <w:r>
              <w:rPr>
                <w:rFonts w:ascii="Arial" w:hAnsi="Arial" w:cs="Arial"/>
                <w:sz w:val="26"/>
                <w:rtl/>
                <w:szCs w:val="26"/>
              </w:rPr>
              <w:t>לְבִיבָה</w:t>
            </w:r>
          </w:p>
        </w:tc>
        <w:tc>
          <w:tcPr>
            <w:tcW w:type="dxa" w:w="2606"/>
          </w:tcPr>
          <w:p>
            <w:pPr>
              <w:bidi/>
              <w:jc w:val="right"/>
            </w:pPr>
            <w:r>
              <w:rPr>
                <w:rFonts w:ascii="Arial" w:hAnsi="Arial" w:cs="Arial"/>
                <w:sz w:val="26"/>
                <w:rtl/>
                <w:szCs w:val="26"/>
              </w:rPr>
              <w:t>☐</w:t>
            </w:r>
          </w:p>
        </w:tc>
        <w:tc>
          <w:tcPr>
            <w:tcW w:type="dxa" w:w="2606"/>
          </w:tcPr>
          <w:p>
            <w:pPr>
              <w:bidi/>
              <w:jc w:val="right"/>
            </w:pPr>
            <w:r>
              <w:rPr>
                <w:rFonts w:ascii="Arial" w:hAnsi="Arial" w:cs="Arial"/>
                <w:sz w:val="26"/>
                <w:rtl/>
                <w:szCs w:val="26"/>
              </w:rPr>
              <w:t>☐</w:t>
            </w:r>
          </w:p>
        </w:tc>
        <w:tc>
          <w:tcPr>
            <w:tcW w:type="dxa" w:w="2606"/>
          </w:tcPr>
          <w:p>
            <w:pPr>
              <w:bidi/>
              <w:jc w:val="right"/>
            </w:pPr>
            <w:r>
              <w:rPr>
                <w:rFonts w:ascii="Arial" w:hAnsi="Arial" w:cs="Arial"/>
                <w:sz w:val="26"/>
                <w:rtl/>
                <w:szCs w:val="26"/>
              </w:rPr>
              <w:t>☐</w:t>
            </w:r>
          </w:p>
        </w:tc>
      </w:tr>
      <w:tr>
        <w:tc>
          <w:tcPr>
            <w:tcW w:type="dxa" w:w="2606"/>
          </w:tcPr>
          <w:p>
            <w:pPr>
              <w:bidi/>
              <w:jc w:val="right"/>
            </w:pPr>
            <w:r>
              <w:rPr>
                <w:rFonts w:ascii="Arial" w:hAnsi="Arial" w:cs="Arial"/>
                <w:sz w:val="26"/>
                <w:rtl/>
                <w:szCs w:val="26"/>
              </w:rPr>
              <w:t>סֻפְגָּנִיָּה</w:t>
            </w:r>
          </w:p>
        </w:tc>
        <w:tc>
          <w:tcPr>
            <w:tcW w:type="dxa" w:w="2606"/>
          </w:tcPr>
          <w:p>
            <w:pPr>
              <w:bidi/>
              <w:jc w:val="right"/>
            </w:pPr>
            <w:r>
              <w:rPr>
                <w:rFonts w:ascii="Arial" w:hAnsi="Arial" w:cs="Arial"/>
                <w:sz w:val="26"/>
                <w:rtl/>
                <w:szCs w:val="26"/>
              </w:rPr>
              <w:t>☐</w:t>
            </w:r>
          </w:p>
        </w:tc>
        <w:tc>
          <w:tcPr>
            <w:tcW w:type="dxa" w:w="2606"/>
          </w:tcPr>
          <w:p>
            <w:pPr>
              <w:bidi/>
              <w:jc w:val="right"/>
            </w:pPr>
            <w:r>
              <w:rPr>
                <w:rFonts w:ascii="Arial" w:hAnsi="Arial" w:cs="Arial"/>
                <w:sz w:val="26"/>
                <w:rtl/>
                <w:szCs w:val="26"/>
              </w:rPr>
              <w:t>☐</w:t>
            </w:r>
          </w:p>
        </w:tc>
        <w:tc>
          <w:tcPr>
            <w:tcW w:type="dxa" w:w="2606"/>
          </w:tcPr>
          <w:p>
            <w:pPr>
              <w:bidi/>
              <w:jc w:val="right"/>
            </w:pPr>
            <w:r>
              <w:rPr>
                <w:rFonts w:ascii="Arial" w:hAnsi="Arial" w:cs="Arial"/>
                <w:sz w:val="26"/>
                <w:rtl/>
                <w:szCs w:val="26"/>
              </w:rPr>
              <w:t>☐</w:t>
            </w:r>
          </w:p>
        </w:tc>
      </w:tr>
      <w:tr>
        <w:tc>
          <w:tcPr>
            <w:tcW w:type="dxa" w:w="2606"/>
          </w:tcPr>
          <w:p>
            <w:pPr>
              <w:bidi/>
              <w:jc w:val="right"/>
            </w:pPr>
            <w:r>
              <w:rPr>
                <w:rFonts w:ascii="Arial" w:hAnsi="Arial" w:cs="Arial"/>
                <w:sz w:val="26"/>
                <w:rtl/>
                <w:szCs w:val="26"/>
              </w:rPr>
              <w:t>שַׁמָּשׁ</w:t>
            </w:r>
          </w:p>
        </w:tc>
        <w:tc>
          <w:tcPr>
            <w:tcW w:type="dxa" w:w="2606"/>
          </w:tcPr>
          <w:p>
            <w:pPr>
              <w:bidi/>
              <w:jc w:val="right"/>
            </w:pPr>
            <w:r>
              <w:rPr>
                <w:rFonts w:ascii="Arial" w:hAnsi="Arial" w:cs="Arial"/>
                <w:sz w:val="26"/>
                <w:rtl/>
                <w:szCs w:val="26"/>
              </w:rPr>
              <w:t>☐</w:t>
            </w:r>
          </w:p>
        </w:tc>
        <w:tc>
          <w:tcPr>
            <w:tcW w:type="dxa" w:w="2606"/>
          </w:tcPr>
          <w:p>
            <w:pPr>
              <w:bidi/>
              <w:jc w:val="right"/>
            </w:pPr>
            <w:r>
              <w:rPr>
                <w:rFonts w:ascii="Arial" w:hAnsi="Arial" w:cs="Arial"/>
                <w:sz w:val="26"/>
                <w:rtl/>
                <w:szCs w:val="26"/>
              </w:rPr>
              <w:t>☐</w:t>
            </w:r>
          </w:p>
        </w:tc>
        <w:tc>
          <w:tcPr>
            <w:tcW w:type="dxa" w:w="2606"/>
          </w:tcPr>
          <w:p>
            <w:pPr>
              <w:bidi/>
              <w:jc w:val="right"/>
            </w:pPr>
            <w:r>
              <w:rPr>
                <w:rFonts w:ascii="Arial" w:hAnsi="Arial" w:cs="Arial"/>
                <w:sz w:val="26"/>
                <w:rtl/>
                <w:szCs w:val="26"/>
              </w:rPr>
              <w:t>☐</w:t>
            </w:r>
          </w:p>
        </w:tc>
      </w:tr>
      <w:tr>
        <w:tc>
          <w:tcPr>
            <w:tcW w:type="dxa" w:w="2606"/>
          </w:tcPr>
          <w:p>
            <w:pPr>
              <w:bidi/>
              <w:jc w:val="right"/>
            </w:pPr>
            <w:r>
              <w:rPr>
                <w:rFonts w:ascii="Arial" w:hAnsi="Arial" w:cs="Arial"/>
                <w:sz w:val="26"/>
                <w:rtl/>
                <w:szCs w:val="26"/>
              </w:rPr>
              <w:t>פְּתִילָה</w:t>
            </w:r>
          </w:p>
        </w:tc>
        <w:tc>
          <w:tcPr>
            <w:tcW w:type="dxa" w:w="2606"/>
          </w:tcPr>
          <w:p>
            <w:pPr>
              <w:bidi/>
              <w:jc w:val="right"/>
            </w:pPr>
            <w:r>
              <w:rPr>
                <w:rFonts w:ascii="Arial" w:hAnsi="Arial" w:cs="Arial"/>
                <w:sz w:val="26"/>
                <w:rtl/>
                <w:szCs w:val="26"/>
              </w:rPr>
              <w:t>☐</w:t>
            </w:r>
          </w:p>
        </w:tc>
        <w:tc>
          <w:tcPr>
            <w:tcW w:type="dxa" w:w="2606"/>
          </w:tcPr>
          <w:p>
            <w:pPr>
              <w:bidi/>
              <w:jc w:val="right"/>
            </w:pPr>
            <w:r>
              <w:rPr>
                <w:rFonts w:ascii="Arial" w:hAnsi="Arial" w:cs="Arial"/>
                <w:sz w:val="26"/>
                <w:rtl/>
                <w:szCs w:val="26"/>
              </w:rPr>
              <w:t>☐</w:t>
            </w:r>
          </w:p>
        </w:tc>
        <w:tc>
          <w:tcPr>
            <w:tcW w:type="dxa" w:w="2606"/>
          </w:tcPr>
          <w:p>
            <w:pPr>
              <w:bidi/>
              <w:jc w:val="right"/>
            </w:pPr>
            <w:r>
              <w:rPr>
                <w:rFonts w:ascii="Arial" w:hAnsi="Arial" w:cs="Arial"/>
                <w:sz w:val="26"/>
                <w:rtl/>
                <w:szCs w:val="26"/>
              </w:rPr>
              <w:t>☐</w:t>
            </w:r>
          </w:p>
        </w:tc>
      </w:tr>
    </w:tbl>
    <w:p>
      <w:pPr>
        <w:bidi/>
        <w:jc w:val="right"/>
      </w:pPr>
    </w:p>
    <w:p>
      <w:pPr>
        <w:bidi/>
        <w:jc w:val="right"/>
      </w:pPr>
      <w:r>
        <w:rPr>
          <w:rFonts w:ascii="Arial" w:hAnsi="Arial" w:cs="Arial"/>
          <w:color w:val="888888"/>
          <w:sz w:val="22"/>
          <w:rtl/>
          <w:szCs w:val="22"/>
        </w:rPr>
        <w:t>✂ - - - - - - - - - - - - - - - - - - - - - - - - - - - - - - - -</w:t>
      </w:r>
    </w:p>
    <w:p>
      <w:pPr>
        <w:bidi/>
        <w:jc w:val="right"/>
      </w:pPr>
      <w:r>
        <w:rPr>
          <w:rFonts w:ascii="Arial" w:hAnsi="Arial" w:cs="Arial"/>
          <w:b/>
          <w:sz w:val="26"/>
          <w:rtl/>
          <w:szCs w:val="26"/>
          <w:bCs/>
        </w:rPr>
        <w:t>רצועות מיון לגזירה</w:t>
      </w:r>
    </w:p>
    <w:p>
      <w:pPr>
        <w:bidi/>
        <w:jc w:val="right"/>
      </w:pPr>
      <w:r>
        <w:rPr>
          <w:rFonts w:ascii="Arial" w:hAnsi="Arial" w:cs="Arial"/>
          <w:sz w:val="28"/>
          <w:rtl/>
          <w:szCs w:val="28"/>
        </w:rPr>
        <w:t>• הַמַּכַּבִּים חָזְרוּ לְבֵית הַמִּקְדָּשׁ</w:t>
      </w:r>
    </w:p>
    <w:p>
      <w:pPr>
        <w:bidi/>
        <w:jc w:val="right"/>
      </w:pPr>
      <w:r>
        <w:rPr>
          <w:rFonts w:ascii="Arial" w:hAnsi="Arial" w:cs="Arial"/>
          <w:sz w:val="28"/>
          <w:rtl/>
          <w:szCs w:val="28"/>
        </w:rPr>
        <w:t>• הֵם מָצְאוּ שֶׁמֶן לְיוֹם אֶחָד</w:t>
      </w:r>
    </w:p>
    <w:p>
      <w:pPr>
        <w:bidi/>
        <w:jc w:val="right"/>
      </w:pPr>
      <w:r>
        <w:rPr>
          <w:rFonts w:ascii="Arial" w:hAnsi="Arial" w:cs="Arial"/>
          <w:sz w:val="28"/>
          <w:rtl/>
          <w:szCs w:val="28"/>
        </w:rPr>
        <w:t>• הֵם הִדְלִיקוּ אֶת הַמְּנוֹרָה</w:t>
      </w:r>
    </w:p>
    <w:p>
      <w:pPr>
        <w:bidi/>
        <w:jc w:val="right"/>
      </w:pPr>
      <w:r>
        <w:rPr>
          <w:rFonts w:ascii="Arial" w:hAnsi="Arial" w:cs="Arial"/>
          <w:sz w:val="28"/>
          <w:rtl/>
          <w:szCs w:val="28"/>
        </w:rPr>
        <w:t>• הָאוֹר דָּלַק שְׁמוֹנָה יָמִים</w:t>
      </w:r>
    </w:p>
    <w:p>
      <w:pPr>
        <w:bidi/>
        <w:jc w:val="right"/>
      </w:pPr>
      <w:r>
        <w:rPr>
          <w:rFonts w:ascii="Arial" w:hAnsi="Arial" w:cs="Arial"/>
          <w:sz w:val="28"/>
          <w:rtl/>
          <w:szCs w:val="28"/>
        </w:rPr>
        <w:t>• סֻפְגָּנִיָּה</w:t>
      </w:r>
    </w:p>
    <w:p>
      <w:pPr>
        <w:bidi/>
        <w:jc w:val="right"/>
      </w:pPr>
      <w:r>
        <w:rPr>
          <w:rFonts w:ascii="Arial" w:hAnsi="Arial" w:cs="Arial"/>
          <w:sz w:val="28"/>
          <w:rtl/>
          <w:szCs w:val="28"/>
        </w:rPr>
        <w:t>• נֵר</w:t>
      </w:r>
    </w:p>
    <w:p>
      <w:pPr>
        <w:bidi/>
        <w:jc w:val="right"/>
      </w:pPr>
      <w:r>
        <w:rPr>
          <w:rFonts w:ascii="Arial" w:hAnsi="Arial" w:cs="Arial"/>
          <w:sz w:val="28"/>
          <w:rtl/>
          <w:szCs w:val="28"/>
        </w:rPr>
        <w:t>• סְבִיבוֹן</w:t>
      </w:r>
    </w:p>
    <w:p>
      <w:pPr>
        <w:bidi/>
        <w:jc w:val="right"/>
      </w:pPr>
      <w:r>
        <w:rPr>
          <w:rFonts w:ascii="Arial" w:hAnsi="Arial" w:cs="Arial"/>
          <w:sz w:val="28"/>
          <w:rtl/>
          <w:szCs w:val="28"/>
        </w:rPr>
        <w:t>• לְבִיבָה</w:t>
      </w:r>
    </w:p>
    <w:p>
      <w:pPr>
        <w:bidi/>
        <w:jc w:val="right"/>
      </w:pPr>
      <w:r>
        <w:rPr>
          <w:rFonts w:ascii="Arial" w:hAnsi="Arial" w:cs="Arial"/>
          <w:sz w:val="28"/>
          <w:rtl/>
          <w:szCs w:val="28"/>
        </w:rPr>
        <w:t>• שַׁמָּשׁ</w:t>
      </w:r>
    </w:p>
    <w:p>
      <w:pPr>
        <w:bidi/>
        <w:jc w:val="right"/>
      </w:pPr>
      <w:r>
        <w:rPr>
          <w:rFonts w:ascii="Arial" w:hAnsi="Arial" w:cs="Arial"/>
          <w:sz w:val="28"/>
          <w:rtl/>
          <w:szCs w:val="28"/>
        </w:rPr>
        <w:t>• חִידוֹן חֲנֻכָּה</w:t>
      </w:r>
    </w:p>
    <w:p>
      <w:pPr>
        <w:bidi/>
        <w:jc w:val="right"/>
      </w:pPr>
      <w:r>
        <w:rPr>
          <w:rFonts w:ascii="Arial" w:hAnsi="Arial" w:cs="Arial"/>
          <w:sz w:val="28"/>
          <w:rtl/>
          <w:szCs w:val="28"/>
        </w:rPr>
        <w:t>• פְּתִילָה</w:t>
      </w:r>
    </w:p>
    <w:p>
      <w:pPr>
        <w:bidi/>
        <w:jc w:val="right"/>
      </w:pPr>
      <w:r>
        <w:rPr>
          <w:rFonts w:ascii="Arial" w:hAnsi="Arial" w:cs="Arial"/>
          <w:color w:val="888888"/>
          <w:sz w:val="22"/>
          <w:rtl/>
          <w:szCs w:val="22"/>
        </w:rPr>
        <w:t>✂ - - - - - - - - - - - - - - - - - - - - - - - - - - - - - - - -</w:t>
      </w:r>
    </w:p>
    <w:p>
      <w:r>
        <w:br w:type="page"/>
      </w:r>
    </w:p>
    <w:p>
      <w:pPr>
        <w:bidi/>
        <w:pStyle w:val="Heading1"/>
        <w:jc w:val="right"/>
      </w:pPr>
      <w:r>
        <w:rPr>
          <w:rFonts w:ascii="Arial" w:hAnsi="Arial" w:cs="Arial"/>
          <w:b/>
          <w:color w:val="4B2BA8"/>
          <w:sz w:val="40"/>
          <w:rtl/>
          <w:szCs w:val="40"/>
          <w:bCs/>
        </w:rPr>
        <w:t>חלק ג׳ – 🔮 🔮 נַחְשׁוּ: הַחֲנֻכָּה הָרִאשׁוֹנָה שֶׁל אַנָּה</w:t>
      </w:r>
    </w:p>
    <w:p>
      <w:pPr>
        <w:bidi/>
        <w:jc w:val="right"/>
      </w:pPr>
      <w:r>
        <w:rPr>
          <w:rFonts w:ascii="Arial" w:hAnsi="Arial" w:cs="Arial"/>
          <w:color w:val="555577"/>
          <w:sz w:val="28"/>
          <w:rtl/>
          <w:szCs w:val="28"/>
        </w:rPr>
        <w:t>קראו כל קטע, הקיפו את הניבוי שלכם – ורק אז המורה תקרא את ההמשך.</w:t>
      </w:r>
    </w:p>
    <w:p>
      <w:pPr>
        <w:bidi/>
        <w:jc w:val="right"/>
      </w:pPr>
      <w:r>
        <w:rPr>
          <w:rFonts w:ascii="Arial" w:hAnsi="Arial" w:cs="Arial"/>
          <w:b/>
          <w:color w:val="6A3FD4"/>
          <w:sz w:val="26"/>
          <w:rtl/>
          <w:szCs w:val="26"/>
          <w:bCs/>
        </w:rPr>
        <w:t>▌ קטע 1</w:t>
      </w:r>
    </w:p>
    <w:p>
      <w:pPr>
        <w:bidi/>
        <w:jc w:val="right"/>
      </w:pPr>
      <w:r>
        <w:rPr>
          <w:rFonts w:ascii="Arial" w:hAnsi="Arial" w:cs="Arial"/>
          <w:sz w:val="28"/>
          <w:rtl/>
          <w:szCs w:val="28"/>
        </w:rPr>
        <w:t>אַנָּה בָּאָה לְיִשְׂרָאֵל לִפְנֵי חֹדֶשׁ. 🧳 בָּרְחוֹב הִיא רוֹאָה חֲנֻכִּיָּה גְּדוֹלָה.</w:t>
      </w:r>
    </w:p>
    <w:p>
      <w:pPr>
        <w:bidi/>
        <w:jc w:val="right"/>
      </w:pPr>
      <w:r>
        <w:rPr>
          <w:rFonts w:ascii="Arial" w:hAnsi="Arial" w:cs="Arial"/>
          <w:b/>
          <w:sz w:val="28"/>
          <w:rtl/>
          <w:szCs w:val="28"/>
          <w:bCs/>
        </w:rPr>
        <w:t>1. מָה אַנָּה תַּעֲשֶׂה?</w:t>
      </w:r>
    </w:p>
    <w:p>
      <w:pPr>
        <w:bidi/>
        <w:jc w:val="right"/>
      </w:pPr>
      <w:r>
        <w:rPr>
          <w:rFonts w:ascii="Arial" w:hAnsi="Arial" w:cs="Arial"/>
          <w:sz w:val="28"/>
          <w:rtl/>
          <w:szCs w:val="28"/>
        </w:rPr>
        <w:t xml:space="preserve">   ◯ א. תִּשְׁאַל מָה זֶה</w:t>
      </w:r>
    </w:p>
    <w:p>
      <w:pPr>
        <w:bidi/>
        <w:jc w:val="right"/>
      </w:pPr>
      <w:r>
        <w:rPr>
          <w:rFonts w:ascii="Arial" w:hAnsi="Arial" w:cs="Arial"/>
          <w:sz w:val="28"/>
          <w:rtl/>
          <w:szCs w:val="28"/>
        </w:rPr>
        <w:t xml:space="preserve">   ◯ ב. תִּבְרַח הַבַּיְתָה</w:t>
      </w:r>
    </w:p>
    <w:p>
      <w:pPr>
        <w:bidi/>
        <w:jc w:val="right"/>
      </w:pPr>
      <w:r>
        <w:rPr>
          <w:rFonts w:ascii="Arial" w:hAnsi="Arial" w:cs="Arial"/>
          <w:sz w:val="28"/>
          <w:rtl/>
          <w:szCs w:val="28"/>
        </w:rPr>
        <w:t xml:space="preserve">   ◯ ג. תִּכְעַס</w:t>
      </w:r>
    </w:p>
    <w:p>
      <w:pPr>
        <w:bidi/>
        <w:jc w:val="right"/>
      </w:pPr>
      <w:r>
        <w:rPr>
          <w:rFonts w:ascii="Arial" w:hAnsi="Arial" w:cs="Arial"/>
          <w:sz w:val="28"/>
          <w:rtl/>
          <w:szCs w:val="28"/>
        </w:rPr>
        <w:t>מה קרה באמת? ____________________________</w:t>
      </w:r>
    </w:p>
    <w:p>
      <w:pPr>
        <w:bidi/>
        <w:jc w:val="right"/>
      </w:pPr>
      <w:r>
        <w:rPr>
          <w:rFonts w:ascii="Arial" w:hAnsi="Arial" w:cs="Arial"/>
          <w:b/>
          <w:color w:val="6A3FD4"/>
          <w:sz w:val="26"/>
          <w:rtl/>
          <w:szCs w:val="26"/>
          <w:bCs/>
        </w:rPr>
        <w:t>▌ קטע 2</w:t>
      </w:r>
    </w:p>
    <w:p>
      <w:pPr>
        <w:bidi/>
        <w:jc w:val="right"/>
      </w:pPr>
      <w:r>
        <w:rPr>
          <w:rFonts w:ascii="Arial" w:hAnsi="Arial" w:cs="Arial"/>
          <w:sz w:val="28"/>
          <w:rtl/>
          <w:szCs w:val="28"/>
        </w:rPr>
        <w:t>בַּכִּתָּה כֻּלָּם אוֹכְלִים סֻפְגָּנִיּוֹת. 🍩 אַנָּה לֹא מַכִּירָה אֶת הַמַּאֲכָל.</w:t>
      </w:r>
    </w:p>
    <w:p>
      <w:pPr>
        <w:bidi/>
        <w:jc w:val="right"/>
      </w:pPr>
      <w:r>
        <w:rPr>
          <w:rFonts w:ascii="Arial" w:hAnsi="Arial" w:cs="Arial"/>
          <w:b/>
          <w:sz w:val="28"/>
          <w:rtl/>
          <w:szCs w:val="28"/>
          <w:bCs/>
        </w:rPr>
        <w:t>2. מָה יִקְרֶה?</w:t>
      </w:r>
    </w:p>
    <w:p>
      <w:pPr>
        <w:bidi/>
        <w:jc w:val="right"/>
      </w:pPr>
      <w:r>
        <w:rPr>
          <w:rFonts w:ascii="Arial" w:hAnsi="Arial" w:cs="Arial"/>
          <w:sz w:val="28"/>
          <w:rtl/>
          <w:szCs w:val="28"/>
        </w:rPr>
        <w:t xml:space="preserve">   ◯ א. אַנָּה לֹא תֹּאכַל כְּלוּם</w:t>
      </w:r>
    </w:p>
    <w:p>
      <w:pPr>
        <w:bidi/>
        <w:jc w:val="right"/>
      </w:pPr>
      <w:r>
        <w:rPr>
          <w:rFonts w:ascii="Arial" w:hAnsi="Arial" w:cs="Arial"/>
          <w:sz w:val="28"/>
          <w:rtl/>
          <w:szCs w:val="28"/>
        </w:rPr>
        <w:t xml:space="preserve">   ◯ ב. חָבֵר יַצִּיעַ לָהּ לִטְעֹם</w:t>
      </w:r>
    </w:p>
    <w:p>
      <w:pPr>
        <w:bidi/>
        <w:jc w:val="right"/>
      </w:pPr>
      <w:r>
        <w:rPr>
          <w:rFonts w:ascii="Arial" w:hAnsi="Arial" w:cs="Arial"/>
          <w:sz w:val="28"/>
          <w:rtl/>
          <w:szCs w:val="28"/>
        </w:rPr>
        <w:t xml:space="preserve">   ◯ ג. הַמּוֹרָה תִּכְעַס</w:t>
      </w:r>
    </w:p>
    <w:p>
      <w:pPr>
        <w:bidi/>
        <w:jc w:val="right"/>
      </w:pPr>
      <w:r>
        <w:rPr>
          <w:rFonts w:ascii="Arial" w:hAnsi="Arial" w:cs="Arial"/>
          <w:sz w:val="28"/>
          <w:rtl/>
          <w:szCs w:val="28"/>
        </w:rPr>
        <w:t>מה קרה באמת? ____________________________</w:t>
      </w:r>
    </w:p>
    <w:p>
      <w:pPr>
        <w:bidi/>
        <w:jc w:val="right"/>
      </w:pPr>
      <w:r>
        <w:rPr>
          <w:rFonts w:ascii="Arial" w:hAnsi="Arial" w:cs="Arial"/>
          <w:b/>
          <w:color w:val="6A3FD4"/>
          <w:sz w:val="26"/>
          <w:rtl/>
          <w:szCs w:val="26"/>
          <w:bCs/>
        </w:rPr>
        <w:t>▌ קטע 3</w:t>
      </w:r>
    </w:p>
    <w:p>
      <w:pPr>
        <w:bidi/>
        <w:jc w:val="right"/>
      </w:pPr>
      <w:r>
        <w:rPr>
          <w:rFonts w:ascii="Arial" w:hAnsi="Arial" w:cs="Arial"/>
          <w:sz w:val="28"/>
          <w:rtl/>
          <w:szCs w:val="28"/>
        </w:rPr>
        <w:t>בָּעֶרֶב אַנָּה חוֹזֶרֶת הַבַּיְתָה. הִיא רוֹצָה לַחְגֹּג גַּם בַּבַּיִת.</w:t>
      </w:r>
    </w:p>
    <w:p>
      <w:pPr>
        <w:bidi/>
        <w:jc w:val="right"/>
      </w:pPr>
      <w:r>
        <w:rPr>
          <w:rFonts w:ascii="Arial" w:hAnsi="Arial" w:cs="Arial"/>
          <w:b/>
          <w:sz w:val="28"/>
          <w:rtl/>
          <w:szCs w:val="28"/>
          <w:bCs/>
        </w:rPr>
        <w:t>3. מָה הִיא תַּעֲשֶׂה?</w:t>
      </w:r>
    </w:p>
    <w:p>
      <w:pPr>
        <w:bidi/>
        <w:jc w:val="right"/>
      </w:pPr>
      <w:r>
        <w:rPr>
          <w:rFonts w:ascii="Arial" w:hAnsi="Arial" w:cs="Arial"/>
          <w:sz w:val="28"/>
          <w:rtl/>
          <w:szCs w:val="28"/>
        </w:rPr>
        <w:t xml:space="preserve">   ◯ א. תִּשְׁכַּח אֶת הַחַג</w:t>
      </w:r>
    </w:p>
    <w:p>
      <w:pPr>
        <w:bidi/>
        <w:jc w:val="right"/>
      </w:pPr>
      <w:r>
        <w:rPr>
          <w:rFonts w:ascii="Arial" w:hAnsi="Arial" w:cs="Arial"/>
          <w:sz w:val="28"/>
          <w:rtl/>
          <w:szCs w:val="28"/>
        </w:rPr>
        <w:t xml:space="preserve">   ◯ ב. תֵּלֵךְ לִישֹׁן מִיָּד</w:t>
      </w:r>
    </w:p>
    <w:p>
      <w:pPr>
        <w:bidi/>
        <w:jc w:val="right"/>
      </w:pPr>
      <w:r>
        <w:rPr>
          <w:rFonts w:ascii="Arial" w:hAnsi="Arial" w:cs="Arial"/>
          <w:sz w:val="28"/>
          <w:rtl/>
          <w:szCs w:val="28"/>
        </w:rPr>
        <w:t xml:space="preserve">   ◯ ג. תַּדְלִיק נֵר עִם הַמִּשְׁפָּחָה</w:t>
      </w:r>
    </w:p>
    <w:p>
      <w:pPr>
        <w:bidi/>
        <w:jc w:val="right"/>
      </w:pPr>
      <w:r>
        <w:rPr>
          <w:rFonts w:ascii="Arial" w:hAnsi="Arial" w:cs="Arial"/>
          <w:sz w:val="28"/>
          <w:rtl/>
          <w:szCs w:val="28"/>
        </w:rPr>
        <w:t>מה קרה באמת? ____________________________</w:t>
      </w:r>
    </w:p>
    <w:p>
      <w:pPr>
        <w:bidi/>
        <w:pStyle w:val="Heading2"/>
        <w:jc w:val="right"/>
      </w:pPr>
      <w:r>
        <w:rPr>
          <w:rFonts w:ascii="Arial" w:hAnsi="Arial" w:cs="Arial"/>
          <w:b/>
          <w:color w:val="6A3FD4"/>
          <w:sz w:val="32"/>
          <w:rtl/>
          <w:szCs w:val="32"/>
          <w:bCs/>
        </w:rPr>
        <w:t>🧩 🤔 יוֹצֵא דֹּפֶן</w:t>
      </w:r>
    </w:p>
    <w:p>
      <w:pPr>
        <w:bidi/>
        <w:jc w:val="right"/>
      </w:pPr>
      <w:r>
        <w:rPr>
          <w:rFonts w:ascii="Arial" w:hAnsi="Arial" w:cs="Arial"/>
          <w:b/>
          <w:sz w:val="28"/>
          <w:rtl/>
          <w:szCs w:val="28"/>
          <w:bCs/>
        </w:rPr>
        <w:t>1. מי יוצא הדופן?</w:t>
      </w:r>
    </w:p>
    <w:p>
      <w:pPr>
        <w:bidi/>
        <w:jc w:val="right"/>
      </w:pPr>
      <w:r>
        <w:rPr>
          <w:rFonts w:ascii="Arial" w:hAnsi="Arial" w:cs="Arial"/>
          <w:sz w:val="28"/>
          <w:rtl/>
          <w:szCs w:val="28"/>
        </w:rPr>
        <w:t xml:space="preserve">   ◯ א. סֻפְגָּנִיָּה</w:t>
      </w:r>
    </w:p>
    <w:p>
      <w:pPr>
        <w:bidi/>
        <w:jc w:val="right"/>
      </w:pPr>
      <w:r>
        <w:rPr>
          <w:rFonts w:ascii="Arial" w:hAnsi="Arial" w:cs="Arial"/>
          <w:sz w:val="28"/>
          <w:rtl/>
          <w:szCs w:val="28"/>
        </w:rPr>
        <w:t xml:space="preserve">   ◯ ב. לְבִיבָה</w:t>
      </w:r>
    </w:p>
    <w:p>
      <w:pPr>
        <w:bidi/>
        <w:jc w:val="right"/>
      </w:pPr>
      <w:r>
        <w:rPr>
          <w:rFonts w:ascii="Arial" w:hAnsi="Arial" w:cs="Arial"/>
          <w:sz w:val="28"/>
          <w:rtl/>
          <w:szCs w:val="28"/>
        </w:rPr>
        <w:t xml:space="preserve">   ◯ ג. סָלָט</w:t>
      </w:r>
    </w:p>
    <w:p>
      <w:pPr>
        <w:bidi/>
        <w:jc w:val="right"/>
      </w:pPr>
      <w:r>
        <w:rPr>
          <w:rFonts w:ascii="Arial" w:hAnsi="Arial" w:cs="Arial"/>
          <w:sz w:val="28"/>
          <w:rtl/>
          <w:szCs w:val="28"/>
        </w:rPr>
        <w:t xml:space="preserve">   ◯ ד. סְפִינְג׳</w:t>
      </w:r>
    </w:p>
    <w:p>
      <w:pPr>
        <w:bidi/>
        <w:jc w:val="right"/>
      </w:pPr>
      <w:r>
        <w:rPr>
          <w:rFonts w:ascii="Arial" w:hAnsi="Arial" w:cs="Arial"/>
          <w:b/>
          <w:sz w:val="28"/>
          <w:rtl/>
          <w:szCs w:val="28"/>
          <w:bCs/>
        </w:rPr>
        <w:t>. למה?</w:t>
      </w:r>
    </w:p>
    <w:p>
      <w:pPr>
        <w:bidi/>
        <w:jc w:val="right"/>
      </w:pPr>
      <w:r>
        <w:rPr>
          <w:rFonts w:ascii="Arial" w:hAnsi="Arial" w:cs="Arial"/>
          <w:sz w:val="28"/>
          <w:rtl/>
          <w:szCs w:val="28"/>
        </w:rPr>
        <w:t xml:space="preserve">   ◯ א. הוּא יָרֹק</w:t>
      </w:r>
    </w:p>
    <w:p>
      <w:pPr>
        <w:bidi/>
        <w:jc w:val="right"/>
      </w:pPr>
      <w:r>
        <w:rPr>
          <w:rFonts w:ascii="Arial" w:hAnsi="Arial" w:cs="Arial"/>
          <w:sz w:val="28"/>
          <w:rtl/>
          <w:szCs w:val="28"/>
        </w:rPr>
        <w:t xml:space="preserve">   ◯ ב. הוּא לֹא מְטֻגָּן בְּשֶׁמֶן</w:t>
      </w:r>
    </w:p>
    <w:p>
      <w:pPr>
        <w:bidi/>
        <w:jc w:val="right"/>
      </w:pPr>
      <w:r>
        <w:rPr>
          <w:rFonts w:ascii="Arial" w:hAnsi="Arial" w:cs="Arial"/>
          <w:sz w:val="28"/>
          <w:rtl/>
          <w:szCs w:val="28"/>
        </w:rPr>
        <w:t xml:space="preserve">   ◯ ג. הוּא מִלָּה קְצָרָה</w:t>
      </w:r>
    </w:p>
    <w:p>
      <w:pPr>
        <w:bidi/>
        <w:jc w:val="right"/>
      </w:pPr>
      <w:r>
        <w:rPr>
          <w:rFonts w:ascii="Arial" w:hAnsi="Arial" w:cs="Arial"/>
          <w:b/>
          <w:sz w:val="28"/>
          <w:rtl/>
          <w:szCs w:val="28"/>
          <w:bCs/>
        </w:rPr>
        <w:t>2. מי יוצא הדופן?</w:t>
      </w:r>
    </w:p>
    <w:p>
      <w:pPr>
        <w:bidi/>
        <w:jc w:val="right"/>
      </w:pPr>
      <w:r>
        <w:rPr>
          <w:rFonts w:ascii="Arial" w:hAnsi="Arial" w:cs="Arial"/>
          <w:sz w:val="28"/>
          <w:rtl/>
          <w:szCs w:val="28"/>
        </w:rPr>
        <w:t xml:space="preserve">   ◯ א. כִּסְלֵו</w:t>
      </w:r>
    </w:p>
    <w:p>
      <w:pPr>
        <w:bidi/>
        <w:jc w:val="right"/>
      </w:pPr>
      <w:r>
        <w:rPr>
          <w:rFonts w:ascii="Arial" w:hAnsi="Arial" w:cs="Arial"/>
          <w:sz w:val="28"/>
          <w:rtl/>
          <w:szCs w:val="28"/>
        </w:rPr>
        <w:t xml:space="preserve">   ◯ ב. טֵבֵת</w:t>
      </w:r>
    </w:p>
    <w:p>
      <w:pPr>
        <w:bidi/>
        <w:jc w:val="right"/>
      </w:pPr>
      <w:r>
        <w:rPr>
          <w:rFonts w:ascii="Arial" w:hAnsi="Arial" w:cs="Arial"/>
          <w:sz w:val="28"/>
          <w:rtl/>
          <w:szCs w:val="28"/>
        </w:rPr>
        <w:t xml:space="preserve">   ◯ ג. שְׁמוֹנָה</w:t>
      </w:r>
    </w:p>
    <w:p>
      <w:pPr>
        <w:bidi/>
        <w:jc w:val="right"/>
      </w:pPr>
      <w:r>
        <w:rPr>
          <w:rFonts w:ascii="Arial" w:hAnsi="Arial" w:cs="Arial"/>
          <w:sz w:val="28"/>
          <w:rtl/>
          <w:szCs w:val="28"/>
        </w:rPr>
        <w:t xml:space="preserve">   ◯ ד. נִיסָן</w:t>
      </w:r>
    </w:p>
    <w:p>
      <w:pPr>
        <w:bidi/>
        <w:jc w:val="right"/>
      </w:pPr>
      <w:r>
        <w:rPr>
          <w:rFonts w:ascii="Arial" w:hAnsi="Arial" w:cs="Arial"/>
          <w:b/>
          <w:sz w:val="28"/>
          <w:rtl/>
          <w:szCs w:val="28"/>
          <w:bCs/>
        </w:rPr>
        <w:t>. למה?</w:t>
      </w:r>
    </w:p>
    <w:p>
      <w:pPr>
        <w:bidi/>
        <w:jc w:val="right"/>
      </w:pPr>
      <w:r>
        <w:rPr>
          <w:rFonts w:ascii="Arial" w:hAnsi="Arial" w:cs="Arial"/>
          <w:sz w:val="28"/>
          <w:rtl/>
          <w:szCs w:val="28"/>
        </w:rPr>
        <w:t xml:space="preserve">   ◯ א. זֶה מִסְפָּר, לֹא חֹדֶשׁ</w:t>
      </w:r>
    </w:p>
    <w:p>
      <w:pPr>
        <w:bidi/>
        <w:jc w:val="right"/>
      </w:pPr>
      <w:r>
        <w:rPr>
          <w:rFonts w:ascii="Arial" w:hAnsi="Arial" w:cs="Arial"/>
          <w:sz w:val="28"/>
          <w:rtl/>
          <w:szCs w:val="28"/>
        </w:rPr>
        <w:t xml:space="preserve">   ◯ ב. זוֹ מִלָּה אֲרֻכָּה</w:t>
      </w:r>
    </w:p>
    <w:p>
      <w:pPr>
        <w:bidi/>
        <w:jc w:val="right"/>
      </w:pPr>
      <w:r>
        <w:rPr>
          <w:rFonts w:ascii="Arial" w:hAnsi="Arial" w:cs="Arial"/>
          <w:sz w:val="28"/>
          <w:rtl/>
          <w:szCs w:val="28"/>
        </w:rPr>
        <w:t xml:space="preserve">   ◯ ג. זֶה לֹא בְּעִבְרִית</w:t>
      </w:r>
    </w:p>
    <w:p>
      <w:pPr>
        <w:bidi/>
        <w:jc w:val="right"/>
      </w:pPr>
      <w:r>
        <w:rPr>
          <w:rFonts w:ascii="Arial" w:hAnsi="Arial" w:cs="Arial"/>
          <w:b/>
          <w:sz w:val="28"/>
          <w:rtl/>
          <w:szCs w:val="28"/>
          <w:bCs/>
        </w:rPr>
        <w:t>3. מי יוצא הדופן?</w:t>
      </w:r>
    </w:p>
    <w:p>
      <w:pPr>
        <w:bidi/>
        <w:jc w:val="right"/>
      </w:pPr>
      <w:r>
        <w:rPr>
          <w:rFonts w:ascii="Arial" w:hAnsi="Arial" w:cs="Arial"/>
          <w:sz w:val="28"/>
          <w:rtl/>
          <w:szCs w:val="28"/>
        </w:rPr>
        <w:t xml:space="preserve">   ◯ א. נֵר</w:t>
      </w:r>
    </w:p>
    <w:p>
      <w:pPr>
        <w:bidi/>
        <w:jc w:val="right"/>
      </w:pPr>
      <w:r>
        <w:rPr>
          <w:rFonts w:ascii="Arial" w:hAnsi="Arial" w:cs="Arial"/>
          <w:sz w:val="28"/>
          <w:rtl/>
          <w:szCs w:val="28"/>
        </w:rPr>
        <w:t xml:space="preserve">   ◯ ב. חֹשֶׁךְ</w:t>
      </w:r>
    </w:p>
    <w:p>
      <w:pPr>
        <w:bidi/>
        <w:jc w:val="right"/>
      </w:pPr>
      <w:r>
        <w:rPr>
          <w:rFonts w:ascii="Arial" w:hAnsi="Arial" w:cs="Arial"/>
          <w:sz w:val="28"/>
          <w:rtl/>
          <w:szCs w:val="28"/>
        </w:rPr>
        <w:t xml:space="preserve">   ◯ ג. מְנוֹרָה</w:t>
      </w:r>
    </w:p>
    <w:p>
      <w:pPr>
        <w:bidi/>
        <w:jc w:val="right"/>
      </w:pPr>
      <w:r>
        <w:rPr>
          <w:rFonts w:ascii="Arial" w:hAnsi="Arial" w:cs="Arial"/>
          <w:sz w:val="28"/>
          <w:rtl/>
          <w:szCs w:val="28"/>
        </w:rPr>
        <w:t xml:space="preserve">   ◯ ד. שֶׁמֶשׁ</w:t>
      </w:r>
    </w:p>
    <w:p>
      <w:pPr>
        <w:bidi/>
        <w:jc w:val="right"/>
      </w:pPr>
      <w:r>
        <w:rPr>
          <w:rFonts w:ascii="Arial" w:hAnsi="Arial" w:cs="Arial"/>
          <w:b/>
          <w:sz w:val="28"/>
          <w:rtl/>
          <w:szCs w:val="28"/>
          <w:bCs/>
        </w:rPr>
        <w:t>. למה?</w:t>
      </w:r>
    </w:p>
    <w:p>
      <w:pPr>
        <w:bidi/>
        <w:jc w:val="right"/>
      </w:pPr>
      <w:r>
        <w:rPr>
          <w:rFonts w:ascii="Arial" w:hAnsi="Arial" w:cs="Arial"/>
          <w:sz w:val="28"/>
          <w:rtl/>
          <w:szCs w:val="28"/>
        </w:rPr>
        <w:t xml:space="preserve">   ◯ א. הוּא חַם</w:t>
      </w:r>
    </w:p>
    <w:p>
      <w:pPr>
        <w:bidi/>
        <w:jc w:val="right"/>
      </w:pPr>
      <w:r>
        <w:rPr>
          <w:rFonts w:ascii="Arial" w:hAnsi="Arial" w:cs="Arial"/>
          <w:sz w:val="28"/>
          <w:rtl/>
          <w:szCs w:val="28"/>
        </w:rPr>
        <w:t xml:space="preserve">   ◯ ב. הוּא בַּשָּׁמַיִם</w:t>
      </w:r>
    </w:p>
    <w:p>
      <w:pPr>
        <w:bidi/>
        <w:jc w:val="right"/>
      </w:pPr>
      <w:r>
        <w:rPr>
          <w:rFonts w:ascii="Arial" w:hAnsi="Arial" w:cs="Arial"/>
          <w:sz w:val="28"/>
          <w:rtl/>
          <w:szCs w:val="28"/>
        </w:rPr>
        <w:t xml:space="preserve">   ◯ ג. אֵין בּוֹ אוֹר</w:t>
      </w:r>
    </w:p>
    <w:p>
      <w:pPr>
        <w:bidi/>
        <w:jc w:val="right"/>
      </w:pPr>
      <w:r>
        <w:rPr>
          <w:rFonts w:ascii="Arial" w:hAnsi="Arial" w:cs="Arial"/>
          <w:b/>
          <w:sz w:val="28"/>
          <w:rtl/>
          <w:szCs w:val="28"/>
          <w:bCs/>
        </w:rPr>
        <w:t>4. מי יוצא הדופן?</w:t>
      </w:r>
    </w:p>
    <w:p>
      <w:pPr>
        <w:bidi/>
        <w:jc w:val="right"/>
      </w:pPr>
      <w:r>
        <w:rPr>
          <w:rFonts w:ascii="Arial" w:hAnsi="Arial" w:cs="Arial"/>
          <w:sz w:val="28"/>
          <w:rtl/>
          <w:szCs w:val="28"/>
        </w:rPr>
        <w:t xml:space="preserve">   ◯ א. אוֹר</w:t>
      </w:r>
    </w:p>
    <w:p>
      <w:pPr>
        <w:bidi/>
        <w:jc w:val="right"/>
      </w:pPr>
      <w:r>
        <w:rPr>
          <w:rFonts w:ascii="Arial" w:hAnsi="Arial" w:cs="Arial"/>
          <w:sz w:val="28"/>
          <w:rtl/>
          <w:szCs w:val="28"/>
        </w:rPr>
        <w:t xml:space="preserve">   ◯ ב. שֻׁלְחָן</w:t>
      </w:r>
    </w:p>
    <w:p>
      <w:pPr>
        <w:bidi/>
        <w:jc w:val="right"/>
      </w:pPr>
      <w:r>
        <w:rPr>
          <w:rFonts w:ascii="Arial" w:hAnsi="Arial" w:cs="Arial"/>
          <w:sz w:val="28"/>
          <w:rtl/>
          <w:szCs w:val="28"/>
        </w:rPr>
        <w:t xml:space="preserve">   ◯ ג. נֵס</w:t>
      </w:r>
    </w:p>
    <w:p>
      <w:pPr>
        <w:bidi/>
        <w:jc w:val="right"/>
      </w:pPr>
      <w:r>
        <w:rPr>
          <w:rFonts w:ascii="Arial" w:hAnsi="Arial" w:cs="Arial"/>
          <w:sz w:val="28"/>
          <w:rtl/>
          <w:szCs w:val="28"/>
        </w:rPr>
        <w:t xml:space="preserve">   ◯ ד. חַג</w:t>
      </w:r>
    </w:p>
    <w:p>
      <w:pPr>
        <w:bidi/>
        <w:jc w:val="right"/>
      </w:pPr>
      <w:r>
        <w:rPr>
          <w:rFonts w:ascii="Arial" w:hAnsi="Arial" w:cs="Arial"/>
          <w:b/>
          <w:sz w:val="28"/>
          <w:rtl/>
          <w:szCs w:val="28"/>
          <w:bCs/>
        </w:rPr>
        <w:t>. למה?</w:t>
      </w:r>
    </w:p>
    <w:p>
      <w:pPr>
        <w:bidi/>
        <w:jc w:val="right"/>
      </w:pPr>
      <w:r>
        <w:rPr>
          <w:rFonts w:ascii="Arial" w:hAnsi="Arial" w:cs="Arial"/>
          <w:sz w:val="28"/>
          <w:rtl/>
          <w:szCs w:val="28"/>
        </w:rPr>
        <w:t xml:space="preserve">   ◯ א. זוֹ מִלָּה בִּלְשׁוֹן רַבִּים</w:t>
      </w:r>
    </w:p>
    <w:p>
      <w:pPr>
        <w:bidi/>
        <w:jc w:val="right"/>
      </w:pPr>
      <w:r>
        <w:rPr>
          <w:rFonts w:ascii="Arial" w:hAnsi="Arial" w:cs="Arial"/>
          <w:sz w:val="28"/>
          <w:rtl/>
          <w:szCs w:val="28"/>
        </w:rPr>
        <w:t xml:space="preserve">   ◯ ב. אֶפְשָׁר לָגַעַת בּוֹ בַּיָּד</w:t>
      </w:r>
    </w:p>
    <w:p>
      <w:pPr>
        <w:bidi/>
        <w:jc w:val="right"/>
      </w:pPr>
      <w:r>
        <w:rPr>
          <w:rFonts w:ascii="Arial" w:hAnsi="Arial" w:cs="Arial"/>
          <w:sz w:val="28"/>
          <w:rtl/>
          <w:szCs w:val="28"/>
        </w:rPr>
        <w:t xml:space="preserve">   ◯ ג. זֶה שֵׁם שֶׁל חֹדֶשׁ</w:t>
      </w:r>
    </w:p>
    <w:p>
      <w:r>
        <w:br w:type="page"/>
      </w:r>
    </w:p>
    <w:p>
      <w:pPr>
        <w:bidi/>
        <w:pStyle w:val="Heading1"/>
        <w:jc w:val="right"/>
      </w:pPr>
      <w:r>
        <w:rPr>
          <w:rFonts w:ascii="Arial" w:hAnsi="Arial" w:cs="Arial"/>
          <w:b/>
          <w:color w:val="4B2BA8"/>
          <w:sz w:val="40"/>
          <w:rtl/>
          <w:szCs w:val="40"/>
          <w:bCs/>
        </w:rPr>
        <w:t>חלק ד׳ – 🏁 משחקי סיום</w:t>
      </w:r>
    </w:p>
    <w:p>
      <w:pPr>
        <w:bidi/>
        <w:pStyle w:val="Heading2"/>
        <w:jc w:val="right"/>
      </w:pPr>
      <w:r>
        <w:rPr>
          <w:rFonts w:ascii="Arial" w:hAnsi="Arial" w:cs="Arial"/>
          <w:b/>
          <w:color w:val="6A3FD4"/>
          <w:sz w:val="32"/>
          <w:rtl/>
          <w:szCs w:val="32"/>
          <w:bCs/>
        </w:rPr>
        <w:t>🏆 טריוויה</w:t>
      </w:r>
    </w:p>
    <w:p>
      <w:pPr>
        <w:bidi/>
        <w:jc w:val="right"/>
      </w:pPr>
      <w:r>
        <w:rPr>
          <w:rFonts w:ascii="Arial" w:hAnsi="Arial" w:cs="Arial"/>
          <w:b/>
          <w:sz w:val="28"/>
          <w:rtl/>
          <w:szCs w:val="28"/>
          <w:bCs/>
        </w:rPr>
        <w:t>1. מָה הָרַעְיוֹן הַמֶּרְכָּזִי שֶׁל חֲנֻכָּה?</w:t>
      </w:r>
    </w:p>
    <w:p>
      <w:pPr>
        <w:bidi/>
        <w:jc w:val="right"/>
      </w:pPr>
      <w:r>
        <w:rPr>
          <w:rFonts w:ascii="Arial" w:hAnsi="Arial" w:cs="Arial"/>
          <w:sz w:val="28"/>
          <w:rtl/>
          <w:szCs w:val="28"/>
        </w:rPr>
        <w:t xml:space="preserve">   ◯ א. אֹכֶל טָעִים</w:t>
      </w:r>
    </w:p>
    <w:p>
      <w:pPr>
        <w:bidi/>
        <w:jc w:val="right"/>
      </w:pPr>
      <w:r>
        <w:rPr>
          <w:rFonts w:ascii="Arial" w:hAnsi="Arial" w:cs="Arial"/>
          <w:sz w:val="28"/>
          <w:rtl/>
          <w:szCs w:val="28"/>
        </w:rPr>
        <w:t xml:space="preserve">   ◯ ב. אוֹר וְתִקְוָה בַּחֹשֶׁךְ</w:t>
      </w:r>
    </w:p>
    <w:p>
      <w:pPr>
        <w:bidi/>
        <w:jc w:val="right"/>
      </w:pPr>
      <w:r>
        <w:rPr>
          <w:rFonts w:ascii="Arial" w:hAnsi="Arial" w:cs="Arial"/>
          <w:sz w:val="28"/>
          <w:rtl/>
          <w:szCs w:val="28"/>
        </w:rPr>
        <w:t xml:space="preserve">   ◯ ג. מַתָּנוֹת יְקָרוֹת</w:t>
      </w:r>
    </w:p>
    <w:p>
      <w:pPr>
        <w:bidi/>
        <w:jc w:val="right"/>
      </w:pPr>
      <w:r>
        <w:rPr>
          <w:rFonts w:ascii="Arial" w:hAnsi="Arial" w:cs="Arial"/>
          <w:sz w:val="28"/>
          <w:rtl/>
          <w:szCs w:val="28"/>
        </w:rPr>
        <w:t xml:space="preserve">   ◯ ד. חֻפְשָׁה מִבֵּית הַסֵּפֶר</w:t>
      </w:r>
    </w:p>
    <w:p>
      <w:pPr>
        <w:bidi/>
        <w:jc w:val="right"/>
      </w:pPr>
      <w:r>
        <w:rPr>
          <w:rFonts w:ascii="Arial" w:hAnsi="Arial" w:cs="Arial"/>
          <w:b/>
          <w:sz w:val="28"/>
          <w:rtl/>
          <w:szCs w:val="28"/>
          <w:bCs/>
        </w:rPr>
        <w:t>2. „הַשַּׁמָּשׁ מַדְלִיק אֶת כָּל הַנֵּרוֹת.” מָה תַּפְקִיד הַמִּשְׁפָּט?</w:t>
      </w:r>
    </w:p>
    <w:p>
      <w:pPr>
        <w:bidi/>
        <w:jc w:val="right"/>
      </w:pPr>
      <w:r>
        <w:rPr>
          <w:rFonts w:ascii="Arial" w:hAnsi="Arial" w:cs="Arial"/>
          <w:sz w:val="28"/>
          <w:rtl/>
          <w:szCs w:val="28"/>
        </w:rPr>
        <w:t xml:space="preserve">   ◯ א. לְהַסְבִּיר מָה עוֹשֶׂה הַשַּׁמָּשׁ</w:t>
      </w:r>
    </w:p>
    <w:p>
      <w:pPr>
        <w:bidi/>
        <w:jc w:val="right"/>
      </w:pPr>
      <w:r>
        <w:rPr>
          <w:rFonts w:ascii="Arial" w:hAnsi="Arial" w:cs="Arial"/>
          <w:sz w:val="28"/>
          <w:rtl/>
          <w:szCs w:val="28"/>
        </w:rPr>
        <w:t xml:space="preserve">   ◯ ב. לְסַפֵּר עַל אֹכֶל</w:t>
      </w:r>
    </w:p>
    <w:p>
      <w:pPr>
        <w:bidi/>
        <w:jc w:val="right"/>
      </w:pPr>
      <w:r>
        <w:rPr>
          <w:rFonts w:ascii="Arial" w:hAnsi="Arial" w:cs="Arial"/>
          <w:sz w:val="28"/>
          <w:rtl/>
          <w:szCs w:val="28"/>
        </w:rPr>
        <w:t xml:space="preserve">   ◯ ג. לִשְׁאֹל שְׁאֵלָה</w:t>
      </w:r>
    </w:p>
    <w:p>
      <w:pPr>
        <w:bidi/>
        <w:jc w:val="right"/>
      </w:pPr>
      <w:r>
        <w:rPr>
          <w:rFonts w:ascii="Arial" w:hAnsi="Arial" w:cs="Arial"/>
          <w:sz w:val="28"/>
          <w:rtl/>
          <w:szCs w:val="28"/>
        </w:rPr>
        <w:t xml:space="preserve">   ◯ ד. לָתֵת דֻּגְמָה לְמִשְׂחָק</w:t>
      </w:r>
    </w:p>
    <w:p>
      <w:pPr>
        <w:bidi/>
        <w:jc w:val="right"/>
      </w:pPr>
      <w:r>
        <w:rPr>
          <w:rFonts w:ascii="Arial" w:hAnsi="Arial" w:cs="Arial"/>
          <w:b/>
          <w:sz w:val="28"/>
          <w:rtl/>
          <w:szCs w:val="28"/>
          <w:bCs/>
        </w:rPr>
        <w:t>3. לָמָּה אוֹכְלִים סֻפְגָּנִיּוֹת בַּחֲנֻכָּה?</w:t>
      </w:r>
    </w:p>
    <w:p>
      <w:pPr>
        <w:bidi/>
        <w:jc w:val="right"/>
      </w:pPr>
      <w:r>
        <w:rPr>
          <w:rFonts w:ascii="Arial" w:hAnsi="Arial" w:cs="Arial"/>
          <w:sz w:val="28"/>
          <w:rtl/>
          <w:szCs w:val="28"/>
        </w:rPr>
        <w:t xml:space="preserve">   ◯ א. כִּי הֵן זוֹלוֹת</w:t>
      </w:r>
    </w:p>
    <w:p>
      <w:pPr>
        <w:bidi/>
        <w:jc w:val="right"/>
      </w:pPr>
      <w:r>
        <w:rPr>
          <w:rFonts w:ascii="Arial" w:hAnsi="Arial" w:cs="Arial"/>
          <w:sz w:val="28"/>
          <w:rtl/>
          <w:szCs w:val="28"/>
        </w:rPr>
        <w:t xml:space="preserve">   ◯ ב. כִּי קַר בַּחוּץ</w:t>
      </w:r>
    </w:p>
    <w:p>
      <w:pPr>
        <w:bidi/>
        <w:jc w:val="right"/>
      </w:pPr>
      <w:r>
        <w:rPr>
          <w:rFonts w:ascii="Arial" w:hAnsi="Arial" w:cs="Arial"/>
          <w:sz w:val="28"/>
          <w:rtl/>
          <w:szCs w:val="28"/>
        </w:rPr>
        <w:t xml:space="preserve">   ◯ ג. כִּי יֵשׁ בָּהֶן שֶׁמֶן, כְּמוֹ בְּסִפּוּר הַנֵּס</w:t>
      </w:r>
    </w:p>
    <w:p>
      <w:pPr>
        <w:bidi/>
        <w:jc w:val="right"/>
      </w:pPr>
      <w:r>
        <w:rPr>
          <w:rFonts w:ascii="Arial" w:hAnsi="Arial" w:cs="Arial"/>
          <w:sz w:val="28"/>
          <w:rtl/>
          <w:szCs w:val="28"/>
        </w:rPr>
        <w:t xml:space="preserve">   ◯ ד. כִּי הֵן עֲגֻלּוֹת כְּמוֹ סְבִיבוֹן</w:t>
      </w:r>
    </w:p>
    <w:p>
      <w:pPr>
        <w:bidi/>
        <w:jc w:val="right"/>
      </w:pPr>
      <w:r>
        <w:rPr>
          <w:rFonts w:ascii="Arial" w:hAnsi="Arial" w:cs="Arial"/>
          <w:b/>
          <w:sz w:val="28"/>
          <w:rtl/>
          <w:szCs w:val="28"/>
          <w:bCs/>
        </w:rPr>
        <w:t>4. „קֹדֶם מַדְלִיקִים אֶת הַשַּׁמָּשׁ, וְאַחַר כָּךְ אֶת הַנֵּרוֹת.” מָה הַמִּלָּה „אַחַר כָּךְ” מַרְאָה?</w:t>
      </w:r>
    </w:p>
    <w:p>
      <w:pPr>
        <w:bidi/>
        <w:jc w:val="right"/>
      </w:pPr>
      <w:r>
        <w:rPr>
          <w:rFonts w:ascii="Arial" w:hAnsi="Arial" w:cs="Arial"/>
          <w:sz w:val="28"/>
          <w:rtl/>
          <w:szCs w:val="28"/>
        </w:rPr>
        <w:t xml:space="preserve">   ◯ א. סִבָּה</w:t>
      </w:r>
    </w:p>
    <w:p>
      <w:pPr>
        <w:bidi/>
        <w:jc w:val="right"/>
      </w:pPr>
      <w:r>
        <w:rPr>
          <w:rFonts w:ascii="Arial" w:hAnsi="Arial" w:cs="Arial"/>
          <w:sz w:val="28"/>
          <w:rtl/>
          <w:szCs w:val="28"/>
        </w:rPr>
        <w:t xml:space="preserve">   ◯ ב. נִגּוּד</w:t>
      </w:r>
    </w:p>
    <w:p>
      <w:pPr>
        <w:bidi/>
        <w:jc w:val="right"/>
      </w:pPr>
      <w:r>
        <w:rPr>
          <w:rFonts w:ascii="Arial" w:hAnsi="Arial" w:cs="Arial"/>
          <w:sz w:val="28"/>
          <w:rtl/>
          <w:szCs w:val="28"/>
        </w:rPr>
        <w:t xml:space="preserve">   ◯ ג. זְמַן – מָה בָּא אַחֲרֵי</w:t>
      </w:r>
    </w:p>
    <w:p>
      <w:pPr>
        <w:bidi/>
        <w:jc w:val="right"/>
      </w:pPr>
      <w:r>
        <w:rPr>
          <w:rFonts w:ascii="Arial" w:hAnsi="Arial" w:cs="Arial"/>
          <w:sz w:val="28"/>
          <w:rtl/>
          <w:szCs w:val="28"/>
        </w:rPr>
        <w:t xml:space="preserve">   ◯ ד. הַשְׁוָאָה</w:t>
      </w:r>
    </w:p>
    <w:p>
      <w:pPr>
        <w:bidi/>
        <w:jc w:val="right"/>
      </w:pPr>
      <w:r>
        <w:rPr>
          <w:rFonts w:ascii="Arial" w:hAnsi="Arial" w:cs="Arial"/>
          <w:b/>
          <w:sz w:val="28"/>
          <w:rtl/>
          <w:szCs w:val="28"/>
          <w:bCs/>
        </w:rPr>
        <w:t>5. מָה הַמֶּסֶר שֶׁל נֵר קָטָן בְּחֶדֶר חָשׁוּךְ?</w:t>
      </w:r>
    </w:p>
    <w:p>
      <w:pPr>
        <w:bidi/>
        <w:jc w:val="right"/>
      </w:pPr>
      <w:r>
        <w:rPr>
          <w:rFonts w:ascii="Arial" w:hAnsi="Arial" w:cs="Arial"/>
          <w:sz w:val="28"/>
          <w:rtl/>
          <w:szCs w:val="28"/>
        </w:rPr>
        <w:t xml:space="preserve">   ◯ א. גַּם דָּבָר קָטָן יָכוֹל לַעֲזֹר הַרְבֵּה</w:t>
      </w:r>
    </w:p>
    <w:p>
      <w:pPr>
        <w:bidi/>
        <w:jc w:val="right"/>
      </w:pPr>
      <w:r>
        <w:rPr>
          <w:rFonts w:ascii="Arial" w:hAnsi="Arial" w:cs="Arial"/>
          <w:sz w:val="28"/>
          <w:rtl/>
          <w:szCs w:val="28"/>
        </w:rPr>
        <w:t xml:space="preserve">   ◯ ב. צָרִיךְ הַרְבֵּה כֶּסֶף</w:t>
      </w:r>
    </w:p>
    <w:p>
      <w:pPr>
        <w:bidi/>
        <w:jc w:val="right"/>
      </w:pPr>
      <w:r>
        <w:rPr>
          <w:rFonts w:ascii="Arial" w:hAnsi="Arial" w:cs="Arial"/>
          <w:sz w:val="28"/>
          <w:rtl/>
          <w:szCs w:val="28"/>
        </w:rPr>
        <w:t xml:space="preserve">   ◯ ג. אֵין טַעַם לְנַסּוֹת</w:t>
      </w:r>
    </w:p>
    <w:p>
      <w:pPr>
        <w:bidi/>
        <w:jc w:val="right"/>
      </w:pPr>
      <w:r>
        <w:rPr>
          <w:rFonts w:ascii="Arial" w:hAnsi="Arial" w:cs="Arial"/>
          <w:sz w:val="28"/>
          <w:rtl/>
          <w:szCs w:val="28"/>
        </w:rPr>
        <w:t xml:space="preserve">   ◯ ד. רַק דְּבָרִים גְּדוֹלִים חֲשׁוּבִים</w:t>
      </w:r>
    </w:p>
    <w:p>
      <w:pPr>
        <w:bidi/>
        <w:pStyle w:val="Heading2"/>
        <w:jc w:val="right"/>
      </w:pPr>
      <w:r>
        <w:rPr>
          <w:rFonts w:ascii="Arial" w:hAnsi="Arial" w:cs="Arial"/>
          <w:b/>
          <w:color w:val="6A3FD4"/>
          <w:sz w:val="32"/>
          <w:rtl/>
          <w:szCs w:val="32"/>
          <w:bCs/>
        </w:rPr>
        <w:t>⚡ נכון / לא נכון</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3475"/>
        <w:gridCol w:w="3475"/>
        <w:gridCol w:w="3475"/>
      </w:tblGrid>
      <w:tr>
        <w:tc>
          <w:tcPr>
            <w:tcW w:type="dxa" w:w="3475"/>
            <w:shd w:val="clear" w:fill="E5DBFF"/>
          </w:tcPr>
          <w:p>
            <w:pPr>
              <w:bidi/>
              <w:jc w:val="right"/>
            </w:pPr>
            <w:r>
              <w:rPr>
                <w:rFonts w:ascii="Arial" w:hAnsi="Arial" w:cs="Arial"/>
                <w:b/>
                <w:sz w:val="26"/>
                <w:rtl/>
                <w:szCs w:val="26"/>
                <w:bCs/>
              </w:rPr>
              <w:t>היגד</w:t>
            </w:r>
          </w:p>
        </w:tc>
        <w:tc>
          <w:tcPr>
            <w:tcW w:type="dxa" w:w="3475"/>
            <w:shd w:val="clear" w:fill="E5DBFF"/>
          </w:tcPr>
          <w:p>
            <w:pPr>
              <w:bidi/>
              <w:jc w:val="right"/>
            </w:pPr>
            <w:r>
              <w:rPr>
                <w:rFonts w:ascii="Arial" w:hAnsi="Arial" w:cs="Arial"/>
                <w:b/>
                <w:sz w:val="26"/>
                <w:rtl/>
                <w:szCs w:val="26"/>
                <w:bCs/>
              </w:rPr>
              <w:t>נכון</w:t>
            </w:r>
          </w:p>
        </w:tc>
        <w:tc>
          <w:tcPr>
            <w:tcW w:type="dxa" w:w="3475"/>
            <w:shd w:val="clear" w:fill="E5DBFF"/>
          </w:tcPr>
          <w:p>
            <w:pPr>
              <w:bidi/>
              <w:jc w:val="right"/>
            </w:pPr>
            <w:r>
              <w:rPr>
                <w:rFonts w:ascii="Arial" w:hAnsi="Arial" w:cs="Arial"/>
                <w:b/>
                <w:sz w:val="26"/>
                <w:rtl/>
                <w:szCs w:val="26"/>
                <w:bCs/>
              </w:rPr>
              <w:t>לא נכון</w:t>
            </w:r>
          </w:p>
        </w:tc>
      </w:tr>
      <w:tr>
        <w:tc>
          <w:tcPr>
            <w:tcW w:type="dxa" w:w="3475"/>
          </w:tcPr>
          <w:p>
            <w:pPr>
              <w:bidi/>
              <w:jc w:val="right"/>
            </w:pPr>
            <w:r>
              <w:rPr>
                <w:rFonts w:ascii="Arial" w:hAnsi="Arial" w:cs="Arial"/>
                <w:sz w:val="26"/>
                <w:rtl/>
                <w:szCs w:val="26"/>
              </w:rPr>
              <w:t>חֲנֻכָּה הִיא חַג שֶׁל שְׁמוֹנָה יָמִים.</w:t>
            </w:r>
          </w:p>
        </w:tc>
        <w:tc>
          <w:tcPr>
            <w:tcW w:type="dxa" w:w="3475"/>
          </w:tcPr>
          <w:p>
            <w:pPr>
              <w:bidi/>
              <w:jc w:val="right"/>
            </w:pPr>
            <w:r>
              <w:rPr>
                <w:rFonts w:ascii="Arial" w:hAnsi="Arial" w:cs="Arial"/>
                <w:sz w:val="26"/>
                <w:rtl/>
                <w:szCs w:val="26"/>
              </w:rPr>
              <w:t>☐</w:t>
            </w:r>
          </w:p>
        </w:tc>
        <w:tc>
          <w:tcPr>
            <w:tcW w:type="dxa" w:w="3475"/>
          </w:tcPr>
          <w:p>
            <w:pPr>
              <w:bidi/>
              <w:jc w:val="right"/>
            </w:pPr>
            <w:r>
              <w:rPr>
                <w:rFonts w:ascii="Arial" w:hAnsi="Arial" w:cs="Arial"/>
                <w:sz w:val="26"/>
                <w:rtl/>
                <w:szCs w:val="26"/>
              </w:rPr>
              <w:t>☐</w:t>
            </w:r>
          </w:p>
        </w:tc>
      </w:tr>
      <w:tr>
        <w:tc>
          <w:tcPr>
            <w:tcW w:type="dxa" w:w="3475"/>
          </w:tcPr>
          <w:p>
            <w:pPr>
              <w:bidi/>
              <w:jc w:val="right"/>
            </w:pPr>
            <w:r>
              <w:rPr>
                <w:rFonts w:ascii="Arial" w:hAnsi="Arial" w:cs="Arial"/>
                <w:sz w:val="26"/>
                <w:rtl/>
                <w:szCs w:val="26"/>
              </w:rPr>
              <w:t>בַּחֲנֻכָּה מַדְלִיקִים נֵרוֹת בַּבֹּקֶר.</w:t>
            </w:r>
          </w:p>
        </w:tc>
        <w:tc>
          <w:tcPr>
            <w:tcW w:type="dxa" w:w="3475"/>
          </w:tcPr>
          <w:p>
            <w:pPr>
              <w:bidi/>
              <w:jc w:val="right"/>
            </w:pPr>
            <w:r>
              <w:rPr>
                <w:rFonts w:ascii="Arial" w:hAnsi="Arial" w:cs="Arial"/>
                <w:sz w:val="26"/>
                <w:rtl/>
                <w:szCs w:val="26"/>
              </w:rPr>
              <w:t>☐</w:t>
            </w:r>
          </w:p>
        </w:tc>
        <w:tc>
          <w:tcPr>
            <w:tcW w:type="dxa" w:w="3475"/>
          </w:tcPr>
          <w:p>
            <w:pPr>
              <w:bidi/>
              <w:jc w:val="right"/>
            </w:pPr>
            <w:r>
              <w:rPr>
                <w:rFonts w:ascii="Arial" w:hAnsi="Arial" w:cs="Arial"/>
                <w:sz w:val="26"/>
                <w:rtl/>
                <w:szCs w:val="26"/>
              </w:rPr>
              <w:t>☐</w:t>
            </w:r>
          </w:p>
        </w:tc>
      </w:tr>
      <w:tr>
        <w:tc>
          <w:tcPr>
            <w:tcW w:type="dxa" w:w="3475"/>
          </w:tcPr>
          <w:p>
            <w:pPr>
              <w:bidi/>
              <w:jc w:val="right"/>
            </w:pPr>
            <w:r>
              <w:rPr>
                <w:rFonts w:ascii="Arial" w:hAnsi="Arial" w:cs="Arial"/>
                <w:sz w:val="26"/>
                <w:rtl/>
                <w:szCs w:val="26"/>
              </w:rPr>
              <w:t>הַשַּׁמָּשׁ מַדְלִיק אֶת הַנֵּרוֹת.</w:t>
            </w:r>
          </w:p>
        </w:tc>
        <w:tc>
          <w:tcPr>
            <w:tcW w:type="dxa" w:w="3475"/>
          </w:tcPr>
          <w:p>
            <w:pPr>
              <w:bidi/>
              <w:jc w:val="right"/>
            </w:pPr>
            <w:r>
              <w:rPr>
                <w:rFonts w:ascii="Arial" w:hAnsi="Arial" w:cs="Arial"/>
                <w:sz w:val="26"/>
                <w:rtl/>
                <w:szCs w:val="26"/>
              </w:rPr>
              <w:t>☐</w:t>
            </w:r>
          </w:p>
        </w:tc>
        <w:tc>
          <w:tcPr>
            <w:tcW w:type="dxa" w:w="3475"/>
          </w:tcPr>
          <w:p>
            <w:pPr>
              <w:bidi/>
              <w:jc w:val="right"/>
            </w:pPr>
            <w:r>
              <w:rPr>
                <w:rFonts w:ascii="Arial" w:hAnsi="Arial" w:cs="Arial"/>
                <w:sz w:val="26"/>
                <w:rtl/>
                <w:szCs w:val="26"/>
              </w:rPr>
              <w:t>☐</w:t>
            </w:r>
          </w:p>
        </w:tc>
      </w:tr>
      <w:tr>
        <w:tc>
          <w:tcPr>
            <w:tcW w:type="dxa" w:w="3475"/>
          </w:tcPr>
          <w:p>
            <w:pPr>
              <w:bidi/>
              <w:jc w:val="right"/>
            </w:pPr>
            <w:r>
              <w:rPr>
                <w:rFonts w:ascii="Arial" w:hAnsi="Arial" w:cs="Arial"/>
                <w:sz w:val="26"/>
                <w:rtl/>
                <w:szCs w:val="26"/>
              </w:rPr>
              <w:t>בַּחֲנֻכָּה אוֹכְלִים מַאֲכָלִים קָרִים בְּלִי שֶׁמֶן.</w:t>
            </w:r>
          </w:p>
        </w:tc>
        <w:tc>
          <w:tcPr>
            <w:tcW w:type="dxa" w:w="3475"/>
          </w:tcPr>
          <w:p>
            <w:pPr>
              <w:bidi/>
              <w:jc w:val="right"/>
            </w:pPr>
            <w:r>
              <w:rPr>
                <w:rFonts w:ascii="Arial" w:hAnsi="Arial" w:cs="Arial"/>
                <w:sz w:val="26"/>
                <w:rtl/>
                <w:szCs w:val="26"/>
              </w:rPr>
              <w:t>☐</w:t>
            </w:r>
          </w:p>
        </w:tc>
        <w:tc>
          <w:tcPr>
            <w:tcW w:type="dxa" w:w="3475"/>
          </w:tcPr>
          <w:p>
            <w:pPr>
              <w:bidi/>
              <w:jc w:val="right"/>
            </w:pPr>
            <w:r>
              <w:rPr>
                <w:rFonts w:ascii="Arial" w:hAnsi="Arial" w:cs="Arial"/>
                <w:sz w:val="26"/>
                <w:rtl/>
                <w:szCs w:val="26"/>
              </w:rPr>
              <w:t>☐</w:t>
            </w:r>
          </w:p>
        </w:tc>
      </w:tr>
      <w:tr>
        <w:tc>
          <w:tcPr>
            <w:tcW w:type="dxa" w:w="3475"/>
          </w:tcPr>
          <w:p>
            <w:pPr>
              <w:bidi/>
              <w:jc w:val="right"/>
            </w:pPr>
            <w:r>
              <w:rPr>
                <w:rFonts w:ascii="Arial" w:hAnsi="Arial" w:cs="Arial"/>
                <w:sz w:val="26"/>
                <w:rtl/>
                <w:szCs w:val="26"/>
              </w:rPr>
              <w:t>יֵשׁ אַרְבַּע אוֹתִיּוֹת עַל הַסְּבִיבוֹן.</w:t>
            </w:r>
          </w:p>
        </w:tc>
        <w:tc>
          <w:tcPr>
            <w:tcW w:type="dxa" w:w="3475"/>
          </w:tcPr>
          <w:p>
            <w:pPr>
              <w:bidi/>
              <w:jc w:val="right"/>
            </w:pPr>
            <w:r>
              <w:rPr>
                <w:rFonts w:ascii="Arial" w:hAnsi="Arial" w:cs="Arial"/>
                <w:sz w:val="26"/>
                <w:rtl/>
                <w:szCs w:val="26"/>
              </w:rPr>
              <w:t>☐</w:t>
            </w:r>
          </w:p>
        </w:tc>
        <w:tc>
          <w:tcPr>
            <w:tcW w:type="dxa" w:w="3475"/>
          </w:tcPr>
          <w:p>
            <w:pPr>
              <w:bidi/>
              <w:jc w:val="right"/>
            </w:pPr>
            <w:r>
              <w:rPr>
                <w:rFonts w:ascii="Arial" w:hAnsi="Arial" w:cs="Arial"/>
                <w:sz w:val="26"/>
                <w:rtl/>
                <w:szCs w:val="26"/>
              </w:rPr>
              <w:t>☐</w:t>
            </w:r>
          </w:p>
        </w:tc>
      </w:tr>
      <w:tr>
        <w:tc>
          <w:tcPr>
            <w:tcW w:type="dxa" w:w="3475"/>
          </w:tcPr>
          <w:p>
            <w:pPr>
              <w:bidi/>
              <w:jc w:val="right"/>
            </w:pPr>
            <w:r>
              <w:rPr>
                <w:rFonts w:ascii="Arial" w:hAnsi="Arial" w:cs="Arial"/>
                <w:sz w:val="26"/>
                <w:rtl/>
                <w:szCs w:val="26"/>
              </w:rPr>
              <w:t>חֲנֻכָּה חָלָה בַּקַּיִץ.</w:t>
            </w:r>
          </w:p>
        </w:tc>
        <w:tc>
          <w:tcPr>
            <w:tcW w:type="dxa" w:w="3475"/>
          </w:tcPr>
          <w:p>
            <w:pPr>
              <w:bidi/>
              <w:jc w:val="right"/>
            </w:pPr>
            <w:r>
              <w:rPr>
                <w:rFonts w:ascii="Arial" w:hAnsi="Arial" w:cs="Arial"/>
                <w:sz w:val="26"/>
                <w:rtl/>
                <w:szCs w:val="26"/>
              </w:rPr>
              <w:t>☐</w:t>
            </w:r>
          </w:p>
        </w:tc>
        <w:tc>
          <w:tcPr>
            <w:tcW w:type="dxa" w:w="3475"/>
          </w:tcPr>
          <w:p>
            <w:pPr>
              <w:bidi/>
              <w:jc w:val="right"/>
            </w:pPr>
            <w:r>
              <w:rPr>
                <w:rFonts w:ascii="Arial" w:hAnsi="Arial" w:cs="Arial"/>
                <w:sz w:val="26"/>
                <w:rtl/>
                <w:szCs w:val="26"/>
              </w:rPr>
              <w:t>☐</w:t>
            </w:r>
          </w:p>
        </w:tc>
      </w:tr>
      <w:tr>
        <w:tc>
          <w:tcPr>
            <w:tcW w:type="dxa" w:w="3475"/>
          </w:tcPr>
          <w:p>
            <w:pPr>
              <w:bidi/>
              <w:jc w:val="right"/>
            </w:pPr>
            <w:r>
              <w:rPr>
                <w:rFonts w:ascii="Arial" w:hAnsi="Arial" w:cs="Arial"/>
                <w:sz w:val="26"/>
                <w:rtl/>
                <w:szCs w:val="26"/>
              </w:rPr>
              <w:t>נָהוּג לָשִׂים אֶת הַחֲנֻכִּיָּה לְיַד הַחַלּוֹן.</w:t>
            </w:r>
          </w:p>
        </w:tc>
        <w:tc>
          <w:tcPr>
            <w:tcW w:type="dxa" w:w="3475"/>
          </w:tcPr>
          <w:p>
            <w:pPr>
              <w:bidi/>
              <w:jc w:val="right"/>
            </w:pPr>
            <w:r>
              <w:rPr>
                <w:rFonts w:ascii="Arial" w:hAnsi="Arial" w:cs="Arial"/>
                <w:sz w:val="26"/>
                <w:rtl/>
                <w:szCs w:val="26"/>
              </w:rPr>
              <w:t>☐</w:t>
            </w:r>
          </w:p>
        </w:tc>
        <w:tc>
          <w:tcPr>
            <w:tcW w:type="dxa" w:w="3475"/>
          </w:tcPr>
          <w:p>
            <w:pPr>
              <w:bidi/>
              <w:jc w:val="right"/>
            </w:pPr>
            <w:r>
              <w:rPr>
                <w:rFonts w:ascii="Arial" w:hAnsi="Arial" w:cs="Arial"/>
                <w:sz w:val="26"/>
                <w:rtl/>
                <w:szCs w:val="26"/>
              </w:rPr>
              <w:t>☐</w:t>
            </w:r>
          </w:p>
        </w:tc>
      </w:tr>
      <w:tr>
        <w:tc>
          <w:tcPr>
            <w:tcW w:type="dxa" w:w="3475"/>
          </w:tcPr>
          <w:p>
            <w:pPr>
              <w:bidi/>
              <w:jc w:val="right"/>
            </w:pPr>
            <w:r>
              <w:rPr>
                <w:rFonts w:ascii="Arial" w:hAnsi="Arial" w:cs="Arial"/>
                <w:sz w:val="26"/>
                <w:rtl/>
                <w:szCs w:val="26"/>
              </w:rPr>
              <w:t>בָּעֶרֶב הָרִאשׁוֹן מַדְלִיקִים שְׁמוֹנָה נֵרוֹת.</w:t>
            </w:r>
          </w:p>
        </w:tc>
        <w:tc>
          <w:tcPr>
            <w:tcW w:type="dxa" w:w="3475"/>
          </w:tcPr>
          <w:p>
            <w:pPr>
              <w:bidi/>
              <w:jc w:val="right"/>
            </w:pPr>
            <w:r>
              <w:rPr>
                <w:rFonts w:ascii="Arial" w:hAnsi="Arial" w:cs="Arial"/>
                <w:sz w:val="26"/>
                <w:rtl/>
                <w:szCs w:val="26"/>
              </w:rPr>
              <w:t>☐</w:t>
            </w:r>
          </w:p>
        </w:tc>
        <w:tc>
          <w:tcPr>
            <w:tcW w:type="dxa" w:w="3475"/>
          </w:tcPr>
          <w:p>
            <w:pPr>
              <w:bidi/>
              <w:jc w:val="right"/>
            </w:pPr>
            <w:r>
              <w:rPr>
                <w:rFonts w:ascii="Arial" w:hAnsi="Arial" w:cs="Arial"/>
                <w:sz w:val="26"/>
                <w:rtl/>
                <w:szCs w:val="26"/>
              </w:rPr>
              <w:t>☐</w:t>
            </w:r>
          </w:p>
        </w:tc>
      </w:tr>
    </w:tbl>
    <w:p>
      <w:pPr>
        <w:bidi/>
        <w:jc w:val="right"/>
      </w:pPr>
    </w:p>
    <w:p>
      <w:pPr>
        <w:bidi/>
        <w:pStyle w:val="Heading2"/>
        <w:jc w:val="right"/>
      </w:pPr>
      <w:r>
        <w:rPr>
          <w:rFonts w:ascii="Arial" w:hAnsi="Arial" w:cs="Arial"/>
          <w:b/>
          <w:color w:val="6A3FD4"/>
          <w:sz w:val="32"/>
          <w:rtl/>
          <w:szCs w:val="32"/>
          <w:bCs/>
        </w:rPr>
        <w:t>🧱 מחסן מילים</w:t>
      </w:r>
    </w:p>
    <w:p>
      <w:pPr>
        <w:bidi/>
        <w:jc w:val="right"/>
      </w:pPr>
      <w:r>
        <w:rPr>
          <w:rFonts w:ascii="Arial" w:hAnsi="Arial" w:cs="Arial"/>
          <w:sz w:val="28"/>
          <w:rtl/>
          <w:szCs w:val="28"/>
        </w:rPr>
        <w:t>מחסן: כִּי · לָכֵן · קֹדֶם · וְאַחַר כָּךְ · וְגַם · אֲבָל</w:t>
      </w:r>
    </w:p>
    <w:p>
      <w:pPr>
        <w:bidi/>
        <w:jc w:val="right"/>
      </w:pPr>
      <w:r>
        <w:rPr>
          <w:rFonts w:ascii="Arial" w:hAnsi="Arial" w:cs="Arial"/>
          <w:b/>
          <w:color w:val="6A3FD4"/>
          <w:sz w:val="26"/>
          <w:rtl/>
          <w:szCs w:val="26"/>
          <w:bCs/>
        </w:rPr>
        <w:t>▌ השלימו</w:t>
      </w:r>
    </w:p>
    <w:p>
      <w:pPr>
        <w:bidi/>
        <w:jc w:val="right"/>
      </w:pPr>
      <w:r>
        <w:rPr>
          <w:rFonts w:ascii="Arial" w:hAnsi="Arial" w:cs="Arial"/>
          <w:sz w:val="28"/>
          <w:rtl/>
          <w:szCs w:val="28"/>
        </w:rPr>
        <w:t>בַּחֹרֶף חָשׁוּךְ מֻקְדָּם, (1)________ בַּחֲנֻכָּה מַדְלִיקִים נֵרוֹת. (2)________ מַדְלִיקִים אֶת הַשַּׁמָּשׁ, (3)________ אֶת הַנֵּרוֹת. הַנֵּרוֹת קְטַנִּים, (4)________ הֵם מְאִירִים אֶת כָּל הַחֶדֶר.</w:t>
      </w:r>
    </w:p>
    <w:p>
      <w:pPr>
        <w:bidi/>
        <w:pStyle w:val="Heading2"/>
        <w:jc w:val="right"/>
      </w:pPr>
      <w:r>
        <w:rPr>
          <w:rFonts w:ascii="Arial" w:hAnsi="Arial" w:cs="Arial"/>
          <w:b/>
          <w:color w:val="6A3FD4"/>
          <w:sz w:val="32"/>
          <w:rtl/>
          <w:szCs w:val="32"/>
          <w:bCs/>
        </w:rPr>
        <w:t>🔎 בלש הניסוח</w:t>
      </w:r>
    </w:p>
    <w:p>
      <w:pPr>
        <w:bidi/>
        <w:jc w:val="right"/>
      </w:pPr>
      <w:r>
        <w:rPr>
          <w:rFonts w:ascii="Arial" w:hAnsi="Arial" w:cs="Arial"/>
          <w:sz w:val="28"/>
          <w:rtl/>
          <w:szCs w:val="28"/>
        </w:rPr>
        <w:t>בטקסט 3 שגיאות. הקיפו אותן וכתבו תיקון:</w:t>
      </w:r>
    </w:p>
    <w:p>
      <w:pPr>
        <w:bidi/>
        <w:jc w:val="right"/>
      </w:pPr>
      <w:r>
        <w:rPr>
          <w:rFonts w:ascii="Arial" w:hAnsi="Arial" w:cs="Arial"/>
          <w:b/>
          <w:color w:val="6A3FD4"/>
          <w:sz w:val="26"/>
          <w:rtl/>
          <w:szCs w:val="26"/>
          <w:bCs/>
        </w:rPr>
        <w:t>▌ הטקסט</w:t>
      </w:r>
    </w:p>
    <w:p>
      <w:pPr>
        <w:bidi/>
        <w:jc w:val="right"/>
      </w:pPr>
      <w:r>
        <w:rPr>
          <w:rFonts w:ascii="Arial" w:hAnsi="Arial" w:cs="Arial"/>
          <w:sz w:val="28"/>
          <w:rtl/>
          <w:szCs w:val="28"/>
        </w:rPr>
        <w:t>בָּעֶרֶב הַמִּשְׁפָּחָה שֶׁלִּי עוֹמֵד לְיַד הַחַלּוֹן. אֲנַחְנוּ מַדְלִיקִים שָׁלוֹשׁ נֵרוֹת. אַחַר כָּךְ אָנוּ הוֹלְכִים לְהַמִּטְבָּח. שָׁם יֵשׁ סֻפְגָּנִיּוֹת חַמּוֹת.</w:t>
      </w:r>
    </w:p>
    <w:p>
      <w:pPr>
        <w:bidi/>
        <w:jc w:val="right"/>
      </w:pPr>
      <w:r>
        <w:rPr>
          <w:rFonts w:ascii="Arial" w:hAnsi="Arial" w:cs="Arial"/>
          <w:color w:val="999999"/>
          <w:sz w:val="28"/>
          <w:rtl/>
          <w:szCs w:val="28"/>
        </w:rPr>
        <w:t>______________________________________________________________________</w:t>
      </w:r>
    </w:p>
    <w:p>
      <w:pPr>
        <w:bidi/>
        <w:jc w:val="right"/>
      </w:pPr>
      <w:r>
        <w:rPr>
          <w:rFonts w:ascii="Arial" w:hAnsi="Arial" w:cs="Arial"/>
          <w:color w:val="999999"/>
          <w:sz w:val="28"/>
          <w:rtl/>
          <w:szCs w:val="28"/>
        </w:rPr>
        <w:t>______________________________________________________________________</w:t>
      </w:r>
    </w:p>
    <w:p>
      <w:pPr>
        <w:bidi/>
        <w:jc w:val="right"/>
      </w:pPr>
      <w:r>
        <w:rPr>
          <w:rFonts w:ascii="Arial" w:hAnsi="Arial" w:cs="Arial"/>
          <w:color w:val="888888"/>
          <w:sz w:val="22"/>
          <w:rtl/>
          <w:szCs w:val="22"/>
        </w:rPr>
        <w:t>✂ - - - - - - - - - - - - - - - - - - - - - - - - - - - - - - - -</w:t>
      </w:r>
    </w:p>
    <w:p>
      <w:pPr>
        <w:bidi/>
        <w:jc w:val="right"/>
      </w:pPr>
      <w:r>
        <w:rPr>
          <w:rFonts w:ascii="Arial" w:hAnsi="Arial" w:cs="Arial"/>
          <w:b/>
          <w:sz w:val="26"/>
          <w:rtl/>
          <w:szCs w:val="26"/>
          <w:bCs/>
        </w:rPr>
        <w:t>🧠 קלפי זיכרון – גזרו והתאימו מושג להגדרה</w:t>
      </w:r>
    </w:p>
    <w:tbl>
      <w:tblPr>
        <w:tblW w:type="auto" w:w="0"/>
        <w:tblLook w:firstColumn="1" w:firstRow="1" w:lastColumn="0" w:lastRow="0" w:noHBand="0" w:noVBand="1" w:val="04A0"/>
        <w:bidiVisual/>
        <w:tblBorders>
          <w:top w:val="dashed" w:sz="8" w:color="888888"/>
          <w:left w:val="dashed" w:sz="8" w:color="888888"/>
          <w:bottom w:val="dashed" w:sz="8" w:color="888888"/>
          <w:right w:val="dashed" w:sz="8" w:color="888888"/>
          <w:insideH w:val="dashed" w:sz="8" w:color="888888"/>
          <w:insideV w:val="dashed" w:sz="8" w:color="888888"/>
        </w:tblBorders>
      </w:tblPr>
      <w:tblGrid>
        <w:gridCol w:w="3475"/>
        <w:gridCol w:w="3475"/>
        <w:gridCol w:w="3475"/>
      </w:tblGrid>
      <w:tr>
        <w:tc>
          <w:tcPr>
            <w:tcW w:type="dxa" w:w="3213"/>
          </w:tcPr>
          <w:p>
            <w:pPr>
              <w:bidi/>
              <w:jc w:val="center"/>
            </w:pPr>
            <w:r>
              <w:rPr>
                <w:rFonts w:ascii="Arial" w:hAnsi="Arial" w:cs="Arial"/>
                <w:sz w:val="44"/>
                <w:rtl/>
                <w:szCs w:val="44"/>
              </w:rPr>
              <w:t>🎉</w:t>
            </w:r>
          </w:p>
          <w:p>
            <w:pPr>
              <w:bidi/>
              <w:jc w:val="center"/>
            </w:pPr>
            <w:r>
              <w:rPr>
                <w:rFonts w:ascii="Arial" w:hAnsi="Arial" w:cs="Arial"/>
                <w:b/>
                <w:color w:val="E8590C"/>
                <w:sz w:val="24"/>
                <w:rtl/>
                <w:szCs w:val="24"/>
                <w:bCs/>
              </w:rPr>
              <w:t>חֲנֻכָּה</w:t>
            </w:r>
          </w:p>
          <w:p>
            <w:pPr>
              <w:bidi/>
              <w:jc w:val="center"/>
            </w:pPr>
            <w:r>
              <w:rPr>
                <w:rFonts w:ascii="Arial" w:hAnsi="Arial" w:cs="Arial"/>
                <w:sz w:val="19"/>
                <w:rtl/>
                <w:szCs w:val="19"/>
              </w:rPr>
            </w:r>
          </w:p>
        </w:tc>
        <w:tc>
          <w:tcPr>
            <w:tcW w:type="dxa" w:w="3213"/>
          </w:tcPr>
          <w:p>
            <w:pPr>
              <w:bidi/>
              <w:jc w:val="center"/>
            </w:pPr>
            <w:r>
              <w:rPr>
                <w:rFonts w:ascii="Arial" w:hAnsi="Arial" w:cs="Arial"/>
                <w:sz w:val="44"/>
                <w:rtl/>
                <w:szCs w:val="44"/>
              </w:rPr>
              <w:t>🕎</w:t>
            </w:r>
          </w:p>
          <w:p>
            <w:pPr>
              <w:bidi/>
              <w:jc w:val="center"/>
            </w:pPr>
            <w:r>
              <w:rPr>
                <w:rFonts w:ascii="Arial" w:hAnsi="Arial" w:cs="Arial"/>
                <w:b/>
                <w:color w:val="7048E8"/>
                <w:sz w:val="24"/>
                <w:rtl/>
                <w:szCs w:val="24"/>
                <w:bCs/>
              </w:rPr>
              <w:t>חֲנֻכִּיָּה</w:t>
            </w:r>
          </w:p>
          <w:p>
            <w:pPr>
              <w:bidi/>
              <w:jc w:val="center"/>
            </w:pPr>
            <w:r>
              <w:rPr>
                <w:rFonts w:ascii="Arial" w:hAnsi="Arial" w:cs="Arial"/>
                <w:sz w:val="19"/>
                <w:rtl/>
                <w:szCs w:val="19"/>
              </w:rPr>
            </w:r>
          </w:p>
        </w:tc>
        <w:tc>
          <w:tcPr>
            <w:tcW w:type="dxa" w:w="3213"/>
          </w:tcPr>
          <w:p>
            <w:pPr>
              <w:bidi/>
              <w:jc w:val="center"/>
            </w:pPr>
            <w:r>
              <w:rPr>
                <w:rFonts w:ascii="Arial" w:hAnsi="Arial" w:cs="Arial"/>
                <w:sz w:val="44"/>
                <w:rtl/>
                <w:szCs w:val="44"/>
              </w:rPr>
              <w:t>🕯️</w:t>
            </w:r>
          </w:p>
          <w:p>
            <w:pPr>
              <w:bidi/>
              <w:jc w:val="center"/>
            </w:pPr>
            <w:r>
              <w:rPr>
                <w:rFonts w:ascii="Arial" w:hAnsi="Arial" w:cs="Arial"/>
                <w:b/>
                <w:color w:val="1C7ED6"/>
                <w:sz w:val="24"/>
                <w:rtl/>
                <w:szCs w:val="24"/>
                <w:bCs/>
              </w:rPr>
              <w:t>נֵר</w:t>
            </w:r>
          </w:p>
          <w:p>
            <w:pPr>
              <w:bidi/>
              <w:jc w:val="center"/>
            </w:pPr>
            <w:r>
              <w:rPr>
                <w:rFonts w:ascii="Arial" w:hAnsi="Arial" w:cs="Arial"/>
                <w:sz w:val="19"/>
                <w:rtl/>
                <w:szCs w:val="19"/>
              </w:rPr>
            </w:r>
          </w:p>
        </w:tc>
      </w:tr>
      <w:tr>
        <w:tc>
          <w:tcPr>
            <w:tcW w:type="dxa" w:w="3213"/>
          </w:tcPr>
          <w:p>
            <w:pPr>
              <w:bidi/>
              <w:jc w:val="center"/>
            </w:pPr>
            <w:r>
              <w:rPr>
                <w:rFonts w:ascii="Arial" w:hAnsi="Arial" w:cs="Arial"/>
                <w:sz w:val="44"/>
                <w:rtl/>
                <w:szCs w:val="44"/>
              </w:rPr>
              <w:t>✨</w:t>
            </w:r>
          </w:p>
          <w:p>
            <w:pPr>
              <w:bidi/>
              <w:jc w:val="center"/>
            </w:pPr>
            <w:r>
              <w:rPr>
                <w:rFonts w:ascii="Arial" w:hAnsi="Arial" w:cs="Arial"/>
                <w:b/>
                <w:color w:val="2B8A3E"/>
                <w:sz w:val="24"/>
                <w:rtl/>
                <w:szCs w:val="24"/>
                <w:bCs/>
              </w:rPr>
              <w:t>שַׁמָּשׁ</w:t>
            </w:r>
          </w:p>
          <w:p>
            <w:pPr>
              <w:bidi/>
              <w:jc w:val="center"/>
            </w:pPr>
            <w:r>
              <w:rPr>
                <w:rFonts w:ascii="Arial" w:hAnsi="Arial" w:cs="Arial"/>
                <w:sz w:val="19"/>
                <w:rtl/>
                <w:szCs w:val="19"/>
              </w:rPr>
            </w:r>
          </w:p>
        </w:tc>
        <w:tc>
          <w:tcPr>
            <w:tcW w:type="dxa" w:w="3213"/>
          </w:tcPr>
          <w:p>
            <w:pPr>
              <w:bidi/>
              <w:jc w:val="center"/>
            </w:pPr>
            <w:r>
              <w:rPr>
                <w:rFonts w:ascii="Arial" w:hAnsi="Arial" w:cs="Arial"/>
                <w:sz w:val="44"/>
                <w:rtl/>
                <w:szCs w:val="44"/>
              </w:rPr>
              <w:t>🌀</w:t>
            </w:r>
          </w:p>
          <w:p>
            <w:pPr>
              <w:bidi/>
              <w:jc w:val="center"/>
            </w:pPr>
            <w:r>
              <w:rPr>
                <w:rFonts w:ascii="Arial" w:hAnsi="Arial" w:cs="Arial"/>
                <w:b/>
                <w:color w:val="C2255C"/>
                <w:sz w:val="24"/>
                <w:rtl/>
                <w:szCs w:val="24"/>
                <w:bCs/>
              </w:rPr>
              <w:t>סְבִיבוֹן</w:t>
            </w:r>
          </w:p>
          <w:p>
            <w:pPr>
              <w:bidi/>
              <w:jc w:val="center"/>
            </w:pPr>
            <w:r>
              <w:rPr>
                <w:rFonts w:ascii="Arial" w:hAnsi="Arial" w:cs="Arial"/>
                <w:sz w:val="19"/>
                <w:rtl/>
                <w:szCs w:val="19"/>
              </w:rPr>
            </w:r>
          </w:p>
        </w:tc>
        <w:tc>
          <w:tcPr>
            <w:tcW w:type="dxa" w:w="3213"/>
          </w:tcPr>
          <w:p>
            <w:pPr>
              <w:bidi/>
              <w:jc w:val="center"/>
            </w:pPr>
            <w:r>
              <w:rPr>
                <w:rFonts w:ascii="Arial" w:hAnsi="Arial" w:cs="Arial"/>
                <w:sz w:val="44"/>
                <w:rtl/>
                <w:szCs w:val="44"/>
              </w:rPr>
              <w:t>🍩</w:t>
            </w:r>
          </w:p>
          <w:p>
            <w:pPr>
              <w:bidi/>
              <w:jc w:val="center"/>
            </w:pPr>
            <w:r>
              <w:rPr>
                <w:rFonts w:ascii="Arial" w:hAnsi="Arial" w:cs="Arial"/>
                <w:b/>
                <w:color w:val="F08C00"/>
                <w:sz w:val="24"/>
                <w:rtl/>
                <w:szCs w:val="24"/>
                <w:bCs/>
              </w:rPr>
              <w:t>סֻפְגָּנִיָּה</w:t>
            </w:r>
          </w:p>
          <w:p>
            <w:pPr>
              <w:bidi/>
              <w:jc w:val="center"/>
            </w:pPr>
            <w:r>
              <w:rPr>
                <w:rFonts w:ascii="Arial" w:hAnsi="Arial" w:cs="Arial"/>
                <w:sz w:val="19"/>
                <w:rtl/>
                <w:szCs w:val="19"/>
              </w:rPr>
            </w:r>
          </w:p>
        </w:tc>
      </w:tr>
      <w:tr>
        <w:tc>
          <w:tcPr>
            <w:tcW w:type="dxa" w:w="3213"/>
          </w:tcPr>
          <w:p>
            <w:pPr>
              <w:bidi/>
              <w:jc w:val="center"/>
            </w:pPr>
            <w:r>
              <w:rPr>
                <w:rFonts w:ascii="Arial" w:hAnsi="Arial" w:cs="Arial"/>
                <w:sz w:val="44"/>
                <w:rtl/>
                <w:szCs w:val="44"/>
              </w:rPr>
              <w:t>❓</w:t>
            </w:r>
          </w:p>
          <w:p>
            <w:pPr>
              <w:bidi/>
              <w:jc w:val="center"/>
            </w:pPr>
            <w:r>
              <w:rPr>
                <w:rFonts w:ascii="Arial" w:hAnsi="Arial" w:cs="Arial"/>
                <w:b/>
                <w:color w:val="868E96"/>
                <w:sz w:val="24"/>
                <w:rtl/>
                <w:szCs w:val="24"/>
                <w:bCs/>
              </w:rPr>
            </w:r>
          </w:p>
          <w:p>
            <w:pPr>
              <w:bidi/>
              <w:jc w:val="center"/>
            </w:pPr>
            <w:r>
              <w:rPr>
                <w:rFonts w:ascii="Arial" w:hAnsi="Arial" w:cs="Arial"/>
                <w:sz w:val="19"/>
                <w:rtl/>
                <w:szCs w:val="19"/>
              </w:rPr>
              <w:t>חַג שֶׁל שְׁמוֹנָה יָמִים וְאוֹר.</w:t>
            </w:r>
          </w:p>
        </w:tc>
        <w:tc>
          <w:tcPr>
            <w:tcW w:type="dxa" w:w="3213"/>
          </w:tcPr>
          <w:p>
            <w:pPr>
              <w:bidi/>
              <w:jc w:val="center"/>
            </w:pPr>
            <w:r>
              <w:rPr>
                <w:rFonts w:ascii="Arial" w:hAnsi="Arial" w:cs="Arial"/>
                <w:sz w:val="44"/>
                <w:rtl/>
                <w:szCs w:val="44"/>
              </w:rPr>
              <w:t>❓</w:t>
            </w:r>
          </w:p>
          <w:p>
            <w:pPr>
              <w:bidi/>
              <w:jc w:val="center"/>
            </w:pPr>
            <w:r>
              <w:rPr>
                <w:rFonts w:ascii="Arial" w:hAnsi="Arial" w:cs="Arial"/>
                <w:b/>
                <w:color w:val="868E96"/>
                <w:sz w:val="24"/>
                <w:rtl/>
                <w:szCs w:val="24"/>
                <w:bCs/>
              </w:rPr>
            </w:r>
          </w:p>
          <w:p>
            <w:pPr>
              <w:bidi/>
              <w:jc w:val="center"/>
            </w:pPr>
            <w:r>
              <w:rPr>
                <w:rFonts w:ascii="Arial" w:hAnsi="Arial" w:cs="Arial"/>
                <w:sz w:val="19"/>
                <w:rtl/>
                <w:szCs w:val="19"/>
              </w:rPr>
              <w:t>מְנוֹרָה לְנֵרוֹת שֶׁל חֲנֻכָּה.</w:t>
            </w:r>
          </w:p>
        </w:tc>
        <w:tc>
          <w:tcPr>
            <w:tcW w:type="dxa" w:w="3213"/>
          </w:tcPr>
          <w:p>
            <w:pPr>
              <w:bidi/>
              <w:jc w:val="center"/>
            </w:pPr>
            <w:r>
              <w:rPr>
                <w:rFonts w:ascii="Arial" w:hAnsi="Arial" w:cs="Arial"/>
                <w:sz w:val="44"/>
                <w:rtl/>
                <w:szCs w:val="44"/>
              </w:rPr>
              <w:t>❓</w:t>
            </w:r>
          </w:p>
          <w:p>
            <w:pPr>
              <w:bidi/>
              <w:jc w:val="center"/>
            </w:pPr>
            <w:r>
              <w:rPr>
                <w:rFonts w:ascii="Arial" w:hAnsi="Arial" w:cs="Arial"/>
                <w:b/>
                <w:color w:val="868E96"/>
                <w:sz w:val="24"/>
                <w:rtl/>
                <w:szCs w:val="24"/>
                <w:bCs/>
              </w:rPr>
            </w:r>
          </w:p>
          <w:p>
            <w:pPr>
              <w:bidi/>
              <w:jc w:val="center"/>
            </w:pPr>
            <w:r>
              <w:rPr>
                <w:rFonts w:ascii="Arial" w:hAnsi="Arial" w:cs="Arial"/>
                <w:sz w:val="19"/>
                <w:rtl/>
                <w:szCs w:val="19"/>
              </w:rPr>
              <w:t>דָּבָר קָטָן שֶׁנּוֹתֵן אוֹר.</w:t>
            </w:r>
          </w:p>
        </w:tc>
      </w:tr>
      <w:tr>
        <w:tc>
          <w:tcPr>
            <w:tcW w:type="dxa" w:w="3213"/>
          </w:tcPr>
          <w:p>
            <w:pPr>
              <w:bidi/>
              <w:jc w:val="center"/>
            </w:pPr>
            <w:r>
              <w:rPr>
                <w:rFonts w:ascii="Arial" w:hAnsi="Arial" w:cs="Arial"/>
                <w:sz w:val="44"/>
                <w:rtl/>
                <w:szCs w:val="44"/>
              </w:rPr>
              <w:t>❓</w:t>
            </w:r>
          </w:p>
          <w:p>
            <w:pPr>
              <w:bidi/>
              <w:jc w:val="center"/>
            </w:pPr>
            <w:r>
              <w:rPr>
                <w:rFonts w:ascii="Arial" w:hAnsi="Arial" w:cs="Arial"/>
                <w:b/>
                <w:color w:val="868E96"/>
                <w:sz w:val="24"/>
                <w:rtl/>
                <w:szCs w:val="24"/>
                <w:bCs/>
              </w:rPr>
            </w:r>
          </w:p>
          <w:p>
            <w:pPr>
              <w:bidi/>
              <w:jc w:val="center"/>
            </w:pPr>
            <w:r>
              <w:rPr>
                <w:rFonts w:ascii="Arial" w:hAnsi="Arial" w:cs="Arial"/>
                <w:sz w:val="19"/>
                <w:rtl/>
                <w:szCs w:val="19"/>
              </w:rPr>
              <w:t>הַנֵּר שֶׁמַּדְלִיק אֶת הַנֵּרוֹת הָאֲחֵרִים.</w:t>
            </w:r>
          </w:p>
        </w:tc>
        <w:tc>
          <w:tcPr>
            <w:tcW w:type="dxa" w:w="3213"/>
          </w:tcPr>
          <w:p>
            <w:pPr>
              <w:bidi/>
              <w:jc w:val="center"/>
            </w:pPr>
            <w:r>
              <w:rPr>
                <w:rFonts w:ascii="Arial" w:hAnsi="Arial" w:cs="Arial"/>
                <w:sz w:val="44"/>
                <w:rtl/>
                <w:szCs w:val="44"/>
              </w:rPr>
              <w:t>❓</w:t>
            </w:r>
          </w:p>
          <w:p>
            <w:pPr>
              <w:bidi/>
              <w:jc w:val="center"/>
            </w:pPr>
            <w:r>
              <w:rPr>
                <w:rFonts w:ascii="Arial" w:hAnsi="Arial" w:cs="Arial"/>
                <w:b/>
                <w:color w:val="868E96"/>
                <w:sz w:val="24"/>
                <w:rtl/>
                <w:szCs w:val="24"/>
                <w:bCs/>
              </w:rPr>
            </w:r>
          </w:p>
          <w:p>
            <w:pPr>
              <w:bidi/>
              <w:jc w:val="center"/>
            </w:pPr>
            <w:r>
              <w:rPr>
                <w:rFonts w:ascii="Arial" w:hAnsi="Arial" w:cs="Arial"/>
                <w:sz w:val="19"/>
                <w:rtl/>
                <w:szCs w:val="19"/>
              </w:rPr>
              <w:t>מִשְׂחָק שֶׁמִּסְתּוֹבֵב, עִם אַרְבַּע אוֹתִיּוֹת.</w:t>
            </w:r>
          </w:p>
        </w:tc>
        <w:tc>
          <w:tcPr>
            <w:tcW w:type="dxa" w:w="3213"/>
          </w:tcPr>
          <w:p>
            <w:pPr>
              <w:bidi/>
              <w:jc w:val="center"/>
            </w:pPr>
            <w:r>
              <w:rPr>
                <w:rFonts w:ascii="Arial" w:hAnsi="Arial" w:cs="Arial"/>
                <w:sz w:val="44"/>
                <w:rtl/>
                <w:szCs w:val="44"/>
              </w:rPr>
              <w:t>❓</w:t>
            </w:r>
          </w:p>
          <w:p>
            <w:pPr>
              <w:bidi/>
              <w:jc w:val="center"/>
            </w:pPr>
            <w:r>
              <w:rPr>
                <w:rFonts w:ascii="Arial" w:hAnsi="Arial" w:cs="Arial"/>
                <w:b/>
                <w:color w:val="868E96"/>
                <w:sz w:val="24"/>
                <w:rtl/>
                <w:szCs w:val="24"/>
                <w:bCs/>
              </w:rPr>
            </w:r>
          </w:p>
          <w:p>
            <w:pPr>
              <w:bidi/>
              <w:jc w:val="center"/>
            </w:pPr>
            <w:r>
              <w:rPr>
                <w:rFonts w:ascii="Arial" w:hAnsi="Arial" w:cs="Arial"/>
                <w:sz w:val="19"/>
                <w:rtl/>
                <w:szCs w:val="19"/>
              </w:rPr>
              <w:t>מַאֲפֶה מָתוֹק שֶׁמְּטַגְּנִים בְּשֶׁמֶן.</w:t>
            </w:r>
          </w:p>
        </w:tc>
      </w:tr>
    </w:tbl>
    <w:p>
      <w:pPr>
        <w:bidi/>
        <w:jc w:val="right"/>
      </w:pPr>
    </w:p>
    <w:p>
      <w:pPr>
        <w:bidi/>
        <w:jc w:val="right"/>
      </w:pPr>
      <w:r>
        <w:rPr>
          <w:rFonts w:ascii="Arial" w:hAnsi="Arial" w:cs="Arial"/>
          <w:color w:val="888888"/>
          <w:sz w:val="22"/>
          <w:rtl/>
          <w:szCs w:val="22"/>
        </w:rPr>
        <w:t>✂ - - - - - - - - - - - - - - - - - - - - - - - - - - - - - - - -</w:t>
      </w:r>
    </w:p>
    <w:p>
      <w:pPr>
        <w:bidi/>
        <w:pStyle w:val="Heading2"/>
        <w:jc w:val="right"/>
      </w:pPr>
      <w:r>
        <w:rPr>
          <w:rFonts w:ascii="Arial" w:hAnsi="Arial" w:cs="Arial"/>
          <w:b/>
          <w:color w:val="6A3FD4"/>
          <w:sz w:val="32"/>
          <w:rtl/>
          <w:szCs w:val="32"/>
          <w:bCs/>
        </w:rPr>
        <w:t>🌍 מילון</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2606"/>
        <w:gridCol w:w="2606"/>
        <w:gridCol w:w="2606"/>
        <w:gridCol w:w="2606"/>
      </w:tblGrid>
      <w:tr>
        <w:tc>
          <w:tcPr>
            <w:tcW w:type="dxa" w:w="2606"/>
            <w:shd w:val="clear" w:fill="E5DBFF"/>
          </w:tcPr>
          <w:p>
            <w:pPr>
              <w:bidi/>
              <w:jc w:val="right"/>
            </w:pPr>
            <w:r>
              <w:rPr>
                <w:rFonts w:ascii="Arial" w:hAnsi="Arial" w:cs="Arial"/>
                <w:b/>
                <w:sz w:val="26"/>
                <w:rtl/>
                <w:szCs w:val="26"/>
                <w:bCs/>
              </w:rPr>
              <w:t>עברית</w:t>
            </w:r>
          </w:p>
        </w:tc>
        <w:tc>
          <w:tcPr>
            <w:tcW w:type="dxa" w:w="2606"/>
            <w:shd w:val="clear" w:fill="E5DBFF"/>
          </w:tcPr>
          <w:p>
            <w:pPr>
              <w:bidi/>
              <w:jc w:val="right"/>
            </w:pPr>
            <w:r>
              <w:rPr>
                <w:rFonts w:ascii="Arial" w:hAnsi="Arial" w:cs="Arial"/>
                <w:b/>
                <w:sz w:val="26"/>
                <w:rtl/>
                <w:szCs w:val="26"/>
                <w:bCs/>
              </w:rPr>
              <w:t>English</w:t>
            </w:r>
          </w:p>
        </w:tc>
        <w:tc>
          <w:tcPr>
            <w:tcW w:type="dxa" w:w="2606"/>
            <w:shd w:val="clear" w:fill="E5DBFF"/>
          </w:tcPr>
          <w:p>
            <w:pPr>
              <w:bidi/>
              <w:jc w:val="right"/>
            </w:pPr>
            <w:r>
              <w:rPr>
                <w:rFonts w:ascii="Arial" w:hAnsi="Arial" w:cs="Arial"/>
                <w:b/>
                <w:sz w:val="26"/>
                <w:rtl/>
                <w:szCs w:val="26"/>
                <w:bCs/>
              </w:rPr>
              <w:t>Русский</w:t>
            </w:r>
          </w:p>
        </w:tc>
        <w:tc>
          <w:tcPr>
            <w:tcW w:type="dxa" w:w="2606"/>
            <w:shd w:val="clear" w:fill="E5DBFF"/>
          </w:tcPr>
          <w:p>
            <w:pPr>
              <w:bidi/>
              <w:jc w:val="right"/>
            </w:pPr>
            <w:r>
              <w:rPr>
                <w:rFonts w:ascii="Arial" w:hAnsi="Arial" w:cs="Arial"/>
                <w:b/>
                <w:sz w:val="26"/>
                <w:rtl/>
                <w:szCs w:val="26"/>
                <w:bCs/>
              </w:rPr>
              <w:t>العربية</w:t>
            </w:r>
          </w:p>
        </w:tc>
      </w:tr>
      <w:tr>
        <w:tc>
          <w:tcPr>
            <w:tcW w:type="dxa" w:w="2606"/>
          </w:tcPr>
          <w:p>
            <w:pPr>
              <w:bidi/>
              <w:jc w:val="right"/>
            </w:pPr>
            <w:r>
              <w:rPr>
                <w:rFonts w:ascii="Arial" w:hAnsi="Arial" w:cs="Arial"/>
                <w:sz w:val="26"/>
                <w:rtl/>
                <w:szCs w:val="26"/>
              </w:rPr>
              <w:t>חֲנֻכָּה</w:t>
            </w:r>
          </w:p>
        </w:tc>
        <w:tc>
          <w:tcPr>
            <w:tcW w:type="dxa" w:w="2606"/>
          </w:tcPr>
          <w:p>
            <w:pPr>
              <w:bidi/>
              <w:jc w:val="right"/>
            </w:pPr>
            <w:r>
              <w:rPr>
                <w:rFonts w:ascii="Arial" w:hAnsi="Arial" w:cs="Arial"/>
                <w:sz w:val="26"/>
                <w:rtl/>
                <w:szCs w:val="26"/>
              </w:rPr>
              <w:t>Hanukkah</w:t>
            </w:r>
          </w:p>
        </w:tc>
        <w:tc>
          <w:tcPr>
            <w:tcW w:type="dxa" w:w="2606"/>
          </w:tcPr>
          <w:p>
            <w:pPr>
              <w:bidi/>
              <w:jc w:val="right"/>
            </w:pPr>
            <w:r>
              <w:rPr>
                <w:rFonts w:ascii="Arial" w:hAnsi="Arial" w:cs="Arial"/>
                <w:sz w:val="26"/>
                <w:rtl/>
                <w:szCs w:val="26"/>
              </w:rPr>
              <w:t>Ханука</w:t>
            </w:r>
          </w:p>
        </w:tc>
        <w:tc>
          <w:tcPr>
            <w:tcW w:type="dxa" w:w="2606"/>
          </w:tcPr>
          <w:p>
            <w:pPr>
              <w:bidi/>
              <w:jc w:val="right"/>
            </w:pPr>
            <w:r>
              <w:rPr>
                <w:rFonts w:ascii="Arial" w:hAnsi="Arial" w:cs="Arial"/>
                <w:sz w:val="26"/>
                <w:rtl/>
                <w:szCs w:val="26"/>
              </w:rPr>
              <w:t>حانوكا (عيد الأنوار)</w:t>
            </w:r>
          </w:p>
        </w:tc>
      </w:tr>
      <w:tr>
        <w:tc>
          <w:tcPr>
            <w:tcW w:type="dxa" w:w="2606"/>
          </w:tcPr>
          <w:p>
            <w:pPr>
              <w:bidi/>
              <w:jc w:val="right"/>
            </w:pPr>
            <w:r>
              <w:rPr>
                <w:rFonts w:ascii="Arial" w:hAnsi="Arial" w:cs="Arial"/>
                <w:sz w:val="26"/>
                <w:rtl/>
                <w:szCs w:val="26"/>
              </w:rPr>
              <w:t>אוֹר</w:t>
            </w:r>
          </w:p>
        </w:tc>
        <w:tc>
          <w:tcPr>
            <w:tcW w:type="dxa" w:w="2606"/>
          </w:tcPr>
          <w:p>
            <w:pPr>
              <w:bidi/>
              <w:jc w:val="right"/>
            </w:pPr>
            <w:r>
              <w:rPr>
                <w:rFonts w:ascii="Arial" w:hAnsi="Arial" w:cs="Arial"/>
                <w:sz w:val="26"/>
                <w:rtl/>
                <w:szCs w:val="26"/>
              </w:rPr>
              <w:t>light</w:t>
            </w:r>
          </w:p>
        </w:tc>
        <w:tc>
          <w:tcPr>
            <w:tcW w:type="dxa" w:w="2606"/>
          </w:tcPr>
          <w:p>
            <w:pPr>
              <w:bidi/>
              <w:jc w:val="right"/>
            </w:pPr>
            <w:r>
              <w:rPr>
                <w:rFonts w:ascii="Arial" w:hAnsi="Arial" w:cs="Arial"/>
                <w:sz w:val="26"/>
                <w:rtl/>
                <w:szCs w:val="26"/>
              </w:rPr>
              <w:t>свет</w:t>
            </w:r>
          </w:p>
        </w:tc>
        <w:tc>
          <w:tcPr>
            <w:tcW w:type="dxa" w:w="2606"/>
          </w:tcPr>
          <w:p>
            <w:pPr>
              <w:bidi/>
              <w:jc w:val="right"/>
            </w:pPr>
            <w:r>
              <w:rPr>
                <w:rFonts w:ascii="Arial" w:hAnsi="Arial" w:cs="Arial"/>
                <w:sz w:val="26"/>
                <w:rtl/>
                <w:szCs w:val="26"/>
              </w:rPr>
              <w:t>نور</w:t>
            </w:r>
          </w:p>
        </w:tc>
      </w:tr>
      <w:tr>
        <w:tc>
          <w:tcPr>
            <w:tcW w:type="dxa" w:w="2606"/>
          </w:tcPr>
          <w:p>
            <w:pPr>
              <w:bidi/>
              <w:jc w:val="right"/>
            </w:pPr>
            <w:r>
              <w:rPr>
                <w:rFonts w:ascii="Arial" w:hAnsi="Arial" w:cs="Arial"/>
                <w:sz w:val="26"/>
                <w:rtl/>
                <w:szCs w:val="26"/>
              </w:rPr>
              <w:t>נֵר</w:t>
            </w:r>
          </w:p>
        </w:tc>
        <w:tc>
          <w:tcPr>
            <w:tcW w:type="dxa" w:w="2606"/>
          </w:tcPr>
          <w:p>
            <w:pPr>
              <w:bidi/>
              <w:jc w:val="right"/>
            </w:pPr>
            <w:r>
              <w:rPr>
                <w:rFonts w:ascii="Arial" w:hAnsi="Arial" w:cs="Arial"/>
                <w:sz w:val="26"/>
                <w:rtl/>
                <w:szCs w:val="26"/>
              </w:rPr>
              <w:t>candle</w:t>
            </w:r>
          </w:p>
        </w:tc>
        <w:tc>
          <w:tcPr>
            <w:tcW w:type="dxa" w:w="2606"/>
          </w:tcPr>
          <w:p>
            <w:pPr>
              <w:bidi/>
              <w:jc w:val="right"/>
            </w:pPr>
            <w:r>
              <w:rPr>
                <w:rFonts w:ascii="Arial" w:hAnsi="Arial" w:cs="Arial"/>
                <w:sz w:val="26"/>
                <w:rtl/>
                <w:szCs w:val="26"/>
              </w:rPr>
              <w:t>свеча</w:t>
            </w:r>
          </w:p>
        </w:tc>
        <w:tc>
          <w:tcPr>
            <w:tcW w:type="dxa" w:w="2606"/>
          </w:tcPr>
          <w:p>
            <w:pPr>
              <w:bidi/>
              <w:jc w:val="right"/>
            </w:pPr>
            <w:r>
              <w:rPr>
                <w:rFonts w:ascii="Arial" w:hAnsi="Arial" w:cs="Arial"/>
                <w:sz w:val="26"/>
                <w:rtl/>
                <w:szCs w:val="26"/>
              </w:rPr>
              <w:t>شمعة</w:t>
            </w:r>
          </w:p>
        </w:tc>
      </w:tr>
      <w:tr>
        <w:tc>
          <w:tcPr>
            <w:tcW w:type="dxa" w:w="2606"/>
          </w:tcPr>
          <w:p>
            <w:pPr>
              <w:bidi/>
              <w:jc w:val="right"/>
            </w:pPr>
            <w:r>
              <w:rPr>
                <w:rFonts w:ascii="Arial" w:hAnsi="Arial" w:cs="Arial"/>
                <w:sz w:val="26"/>
                <w:rtl/>
                <w:szCs w:val="26"/>
              </w:rPr>
              <w:t>נֵרוֹת</w:t>
            </w:r>
          </w:p>
        </w:tc>
        <w:tc>
          <w:tcPr>
            <w:tcW w:type="dxa" w:w="2606"/>
          </w:tcPr>
          <w:p>
            <w:pPr>
              <w:bidi/>
              <w:jc w:val="right"/>
            </w:pPr>
            <w:r>
              <w:rPr>
                <w:rFonts w:ascii="Arial" w:hAnsi="Arial" w:cs="Arial"/>
                <w:sz w:val="26"/>
                <w:rtl/>
                <w:szCs w:val="26"/>
              </w:rPr>
              <w:t>candles</w:t>
            </w:r>
          </w:p>
        </w:tc>
        <w:tc>
          <w:tcPr>
            <w:tcW w:type="dxa" w:w="2606"/>
          </w:tcPr>
          <w:p>
            <w:pPr>
              <w:bidi/>
              <w:jc w:val="right"/>
            </w:pPr>
            <w:r>
              <w:rPr>
                <w:rFonts w:ascii="Arial" w:hAnsi="Arial" w:cs="Arial"/>
                <w:sz w:val="26"/>
                <w:rtl/>
                <w:szCs w:val="26"/>
              </w:rPr>
              <w:t>свечи</w:t>
            </w:r>
          </w:p>
        </w:tc>
        <w:tc>
          <w:tcPr>
            <w:tcW w:type="dxa" w:w="2606"/>
          </w:tcPr>
          <w:p>
            <w:pPr>
              <w:bidi/>
              <w:jc w:val="right"/>
            </w:pPr>
            <w:r>
              <w:rPr>
                <w:rFonts w:ascii="Arial" w:hAnsi="Arial" w:cs="Arial"/>
                <w:sz w:val="26"/>
                <w:rtl/>
                <w:szCs w:val="26"/>
              </w:rPr>
              <w:t>شموع</w:t>
            </w:r>
          </w:p>
        </w:tc>
      </w:tr>
      <w:tr>
        <w:tc>
          <w:tcPr>
            <w:tcW w:type="dxa" w:w="2606"/>
          </w:tcPr>
          <w:p>
            <w:pPr>
              <w:bidi/>
              <w:jc w:val="right"/>
            </w:pPr>
            <w:r>
              <w:rPr>
                <w:rFonts w:ascii="Arial" w:hAnsi="Arial" w:cs="Arial"/>
                <w:sz w:val="26"/>
                <w:rtl/>
                <w:szCs w:val="26"/>
              </w:rPr>
              <w:t>חֲנֻכִּיָּה</w:t>
            </w:r>
          </w:p>
        </w:tc>
        <w:tc>
          <w:tcPr>
            <w:tcW w:type="dxa" w:w="2606"/>
          </w:tcPr>
          <w:p>
            <w:pPr>
              <w:bidi/>
              <w:jc w:val="right"/>
            </w:pPr>
            <w:r>
              <w:rPr>
                <w:rFonts w:ascii="Arial" w:hAnsi="Arial" w:cs="Arial"/>
                <w:sz w:val="26"/>
                <w:rtl/>
                <w:szCs w:val="26"/>
              </w:rPr>
              <w:t>Hanukkah lamp (menorah)</w:t>
            </w:r>
          </w:p>
        </w:tc>
        <w:tc>
          <w:tcPr>
            <w:tcW w:type="dxa" w:w="2606"/>
          </w:tcPr>
          <w:p>
            <w:pPr>
              <w:bidi/>
              <w:jc w:val="right"/>
            </w:pPr>
            <w:r>
              <w:rPr>
                <w:rFonts w:ascii="Arial" w:hAnsi="Arial" w:cs="Arial"/>
                <w:sz w:val="26"/>
                <w:rtl/>
                <w:szCs w:val="26"/>
              </w:rPr>
              <w:t>ханукия (светильник)</w:t>
            </w:r>
          </w:p>
        </w:tc>
        <w:tc>
          <w:tcPr>
            <w:tcW w:type="dxa" w:w="2606"/>
          </w:tcPr>
          <w:p>
            <w:pPr>
              <w:bidi/>
              <w:jc w:val="right"/>
            </w:pPr>
            <w:r>
              <w:rPr>
                <w:rFonts w:ascii="Arial" w:hAnsi="Arial" w:cs="Arial"/>
                <w:sz w:val="26"/>
                <w:rtl/>
                <w:szCs w:val="26"/>
              </w:rPr>
              <w:t>شمعدان حانوكا</w:t>
            </w:r>
          </w:p>
        </w:tc>
      </w:tr>
      <w:tr>
        <w:tc>
          <w:tcPr>
            <w:tcW w:type="dxa" w:w="2606"/>
          </w:tcPr>
          <w:p>
            <w:pPr>
              <w:bidi/>
              <w:jc w:val="right"/>
            </w:pPr>
            <w:r>
              <w:rPr>
                <w:rFonts w:ascii="Arial" w:hAnsi="Arial" w:cs="Arial"/>
                <w:sz w:val="26"/>
                <w:rtl/>
                <w:szCs w:val="26"/>
              </w:rPr>
              <w:t>שַׁמָּשׁ</w:t>
            </w:r>
          </w:p>
        </w:tc>
        <w:tc>
          <w:tcPr>
            <w:tcW w:type="dxa" w:w="2606"/>
          </w:tcPr>
          <w:p>
            <w:pPr>
              <w:bidi/>
              <w:jc w:val="right"/>
            </w:pPr>
            <w:r>
              <w:rPr>
                <w:rFonts w:ascii="Arial" w:hAnsi="Arial" w:cs="Arial"/>
                <w:sz w:val="26"/>
                <w:rtl/>
                <w:szCs w:val="26"/>
              </w:rPr>
              <w:t>helper candle (shamash)</w:t>
            </w:r>
          </w:p>
        </w:tc>
        <w:tc>
          <w:tcPr>
            <w:tcW w:type="dxa" w:w="2606"/>
          </w:tcPr>
          <w:p>
            <w:pPr>
              <w:bidi/>
              <w:jc w:val="right"/>
            </w:pPr>
            <w:r>
              <w:rPr>
                <w:rFonts w:ascii="Arial" w:hAnsi="Arial" w:cs="Arial"/>
                <w:sz w:val="26"/>
                <w:rtl/>
                <w:szCs w:val="26"/>
              </w:rPr>
              <w:t>шамаш – свеча-помощник</w:t>
            </w:r>
          </w:p>
        </w:tc>
        <w:tc>
          <w:tcPr>
            <w:tcW w:type="dxa" w:w="2606"/>
          </w:tcPr>
          <w:p>
            <w:pPr>
              <w:bidi/>
              <w:jc w:val="right"/>
            </w:pPr>
            <w:r>
              <w:rPr>
                <w:rFonts w:ascii="Arial" w:hAnsi="Arial" w:cs="Arial"/>
                <w:sz w:val="26"/>
                <w:rtl/>
                <w:szCs w:val="26"/>
              </w:rPr>
              <w:t>الشمعة المساعدة (شمّاش)</w:t>
            </w:r>
          </w:p>
        </w:tc>
      </w:tr>
      <w:tr>
        <w:tc>
          <w:tcPr>
            <w:tcW w:type="dxa" w:w="2606"/>
          </w:tcPr>
          <w:p>
            <w:pPr>
              <w:bidi/>
              <w:jc w:val="right"/>
            </w:pPr>
            <w:r>
              <w:rPr>
                <w:rFonts w:ascii="Arial" w:hAnsi="Arial" w:cs="Arial"/>
                <w:sz w:val="26"/>
                <w:rtl/>
                <w:szCs w:val="26"/>
              </w:rPr>
              <w:t>שֶׁמֶן</w:t>
            </w:r>
          </w:p>
        </w:tc>
        <w:tc>
          <w:tcPr>
            <w:tcW w:type="dxa" w:w="2606"/>
          </w:tcPr>
          <w:p>
            <w:pPr>
              <w:bidi/>
              <w:jc w:val="right"/>
            </w:pPr>
            <w:r>
              <w:rPr>
                <w:rFonts w:ascii="Arial" w:hAnsi="Arial" w:cs="Arial"/>
                <w:sz w:val="26"/>
                <w:rtl/>
                <w:szCs w:val="26"/>
              </w:rPr>
              <w:t>oil</w:t>
            </w:r>
          </w:p>
        </w:tc>
        <w:tc>
          <w:tcPr>
            <w:tcW w:type="dxa" w:w="2606"/>
          </w:tcPr>
          <w:p>
            <w:pPr>
              <w:bidi/>
              <w:jc w:val="right"/>
            </w:pPr>
            <w:r>
              <w:rPr>
                <w:rFonts w:ascii="Arial" w:hAnsi="Arial" w:cs="Arial"/>
                <w:sz w:val="26"/>
                <w:rtl/>
                <w:szCs w:val="26"/>
              </w:rPr>
              <w:t>масло</w:t>
            </w:r>
          </w:p>
        </w:tc>
        <w:tc>
          <w:tcPr>
            <w:tcW w:type="dxa" w:w="2606"/>
          </w:tcPr>
          <w:p>
            <w:pPr>
              <w:bidi/>
              <w:jc w:val="right"/>
            </w:pPr>
            <w:r>
              <w:rPr>
                <w:rFonts w:ascii="Arial" w:hAnsi="Arial" w:cs="Arial"/>
                <w:sz w:val="26"/>
                <w:rtl/>
                <w:szCs w:val="26"/>
              </w:rPr>
              <w:t>زيت</w:t>
            </w:r>
          </w:p>
        </w:tc>
      </w:tr>
      <w:tr>
        <w:tc>
          <w:tcPr>
            <w:tcW w:type="dxa" w:w="2606"/>
          </w:tcPr>
          <w:p>
            <w:pPr>
              <w:bidi/>
              <w:jc w:val="right"/>
            </w:pPr>
            <w:r>
              <w:rPr>
                <w:rFonts w:ascii="Arial" w:hAnsi="Arial" w:cs="Arial"/>
                <w:sz w:val="26"/>
                <w:rtl/>
                <w:szCs w:val="26"/>
              </w:rPr>
              <w:t>נֵס</w:t>
            </w:r>
          </w:p>
        </w:tc>
        <w:tc>
          <w:tcPr>
            <w:tcW w:type="dxa" w:w="2606"/>
          </w:tcPr>
          <w:p>
            <w:pPr>
              <w:bidi/>
              <w:jc w:val="right"/>
            </w:pPr>
            <w:r>
              <w:rPr>
                <w:rFonts w:ascii="Arial" w:hAnsi="Arial" w:cs="Arial"/>
                <w:sz w:val="26"/>
                <w:rtl/>
                <w:szCs w:val="26"/>
              </w:rPr>
              <w:t>miracle</w:t>
            </w:r>
          </w:p>
        </w:tc>
        <w:tc>
          <w:tcPr>
            <w:tcW w:type="dxa" w:w="2606"/>
          </w:tcPr>
          <w:p>
            <w:pPr>
              <w:bidi/>
              <w:jc w:val="right"/>
            </w:pPr>
            <w:r>
              <w:rPr>
                <w:rFonts w:ascii="Arial" w:hAnsi="Arial" w:cs="Arial"/>
                <w:sz w:val="26"/>
                <w:rtl/>
                <w:szCs w:val="26"/>
              </w:rPr>
              <w:t>чудо</w:t>
            </w:r>
          </w:p>
        </w:tc>
        <w:tc>
          <w:tcPr>
            <w:tcW w:type="dxa" w:w="2606"/>
          </w:tcPr>
          <w:p>
            <w:pPr>
              <w:bidi/>
              <w:jc w:val="right"/>
            </w:pPr>
            <w:r>
              <w:rPr>
                <w:rFonts w:ascii="Arial" w:hAnsi="Arial" w:cs="Arial"/>
                <w:sz w:val="26"/>
                <w:rtl/>
                <w:szCs w:val="26"/>
              </w:rPr>
              <w:t>معجزة</w:t>
            </w:r>
          </w:p>
        </w:tc>
      </w:tr>
      <w:tr>
        <w:tc>
          <w:tcPr>
            <w:tcW w:type="dxa" w:w="2606"/>
          </w:tcPr>
          <w:p>
            <w:pPr>
              <w:bidi/>
              <w:jc w:val="right"/>
            </w:pPr>
            <w:r>
              <w:rPr>
                <w:rFonts w:ascii="Arial" w:hAnsi="Arial" w:cs="Arial"/>
                <w:sz w:val="26"/>
                <w:rtl/>
                <w:szCs w:val="26"/>
              </w:rPr>
              <w:t>סֻפְגָּנִיּוֹת</w:t>
            </w:r>
          </w:p>
        </w:tc>
        <w:tc>
          <w:tcPr>
            <w:tcW w:type="dxa" w:w="2606"/>
          </w:tcPr>
          <w:p>
            <w:pPr>
              <w:bidi/>
              <w:jc w:val="right"/>
            </w:pPr>
            <w:r>
              <w:rPr>
                <w:rFonts w:ascii="Arial" w:hAnsi="Arial" w:cs="Arial"/>
                <w:sz w:val="26"/>
                <w:rtl/>
                <w:szCs w:val="26"/>
              </w:rPr>
              <w:t>doughnuts (filled with jam)</w:t>
            </w:r>
          </w:p>
        </w:tc>
        <w:tc>
          <w:tcPr>
            <w:tcW w:type="dxa" w:w="2606"/>
          </w:tcPr>
          <w:p>
            <w:pPr>
              <w:bidi/>
              <w:jc w:val="right"/>
            </w:pPr>
            <w:r>
              <w:rPr>
                <w:rFonts w:ascii="Arial" w:hAnsi="Arial" w:cs="Arial"/>
                <w:sz w:val="26"/>
                <w:rtl/>
                <w:szCs w:val="26"/>
              </w:rPr>
              <w:t>пончики</w:t>
            </w:r>
          </w:p>
        </w:tc>
        <w:tc>
          <w:tcPr>
            <w:tcW w:type="dxa" w:w="2606"/>
          </w:tcPr>
          <w:p>
            <w:pPr>
              <w:bidi/>
              <w:jc w:val="right"/>
            </w:pPr>
            <w:r>
              <w:rPr>
                <w:rFonts w:ascii="Arial" w:hAnsi="Arial" w:cs="Arial"/>
                <w:sz w:val="26"/>
                <w:rtl/>
                <w:szCs w:val="26"/>
              </w:rPr>
              <w:t>كعك مقلي محشو (دونات)</w:t>
            </w:r>
          </w:p>
        </w:tc>
      </w:tr>
      <w:tr>
        <w:tc>
          <w:tcPr>
            <w:tcW w:type="dxa" w:w="2606"/>
          </w:tcPr>
          <w:p>
            <w:pPr>
              <w:bidi/>
              <w:jc w:val="right"/>
            </w:pPr>
            <w:r>
              <w:rPr>
                <w:rFonts w:ascii="Arial" w:hAnsi="Arial" w:cs="Arial"/>
                <w:sz w:val="26"/>
                <w:rtl/>
                <w:szCs w:val="26"/>
              </w:rPr>
              <w:t>לְבִיבוֹת</w:t>
            </w:r>
          </w:p>
        </w:tc>
        <w:tc>
          <w:tcPr>
            <w:tcW w:type="dxa" w:w="2606"/>
          </w:tcPr>
          <w:p>
            <w:pPr>
              <w:bidi/>
              <w:jc w:val="right"/>
            </w:pPr>
            <w:r>
              <w:rPr>
                <w:rFonts w:ascii="Arial" w:hAnsi="Arial" w:cs="Arial"/>
                <w:sz w:val="26"/>
                <w:rtl/>
                <w:szCs w:val="26"/>
              </w:rPr>
              <w:t>potato pancakes (latkes)</w:t>
            </w:r>
          </w:p>
        </w:tc>
        <w:tc>
          <w:tcPr>
            <w:tcW w:type="dxa" w:w="2606"/>
          </w:tcPr>
          <w:p>
            <w:pPr>
              <w:bidi/>
              <w:jc w:val="right"/>
            </w:pPr>
            <w:r>
              <w:rPr>
                <w:rFonts w:ascii="Arial" w:hAnsi="Arial" w:cs="Arial"/>
                <w:sz w:val="26"/>
                <w:rtl/>
                <w:szCs w:val="26"/>
              </w:rPr>
              <w:t>картофельные оладьи (латкес)</w:t>
            </w:r>
          </w:p>
        </w:tc>
        <w:tc>
          <w:tcPr>
            <w:tcW w:type="dxa" w:w="2606"/>
          </w:tcPr>
          <w:p>
            <w:pPr>
              <w:bidi/>
              <w:jc w:val="right"/>
            </w:pPr>
            <w:r>
              <w:rPr>
                <w:rFonts w:ascii="Arial" w:hAnsi="Arial" w:cs="Arial"/>
                <w:sz w:val="26"/>
                <w:rtl/>
                <w:szCs w:val="26"/>
              </w:rPr>
              <w:t>فطائر البطاطا</w:t>
            </w:r>
          </w:p>
        </w:tc>
      </w:tr>
      <w:tr>
        <w:tc>
          <w:tcPr>
            <w:tcW w:type="dxa" w:w="2606"/>
          </w:tcPr>
          <w:p>
            <w:pPr>
              <w:bidi/>
              <w:jc w:val="right"/>
            </w:pPr>
            <w:r>
              <w:rPr>
                <w:rFonts w:ascii="Arial" w:hAnsi="Arial" w:cs="Arial"/>
                <w:sz w:val="26"/>
                <w:rtl/>
                <w:szCs w:val="26"/>
              </w:rPr>
              <w:t>סְבִיבוֹן</w:t>
            </w:r>
          </w:p>
        </w:tc>
        <w:tc>
          <w:tcPr>
            <w:tcW w:type="dxa" w:w="2606"/>
          </w:tcPr>
          <w:p>
            <w:pPr>
              <w:bidi/>
              <w:jc w:val="right"/>
            </w:pPr>
            <w:r>
              <w:rPr>
                <w:rFonts w:ascii="Arial" w:hAnsi="Arial" w:cs="Arial"/>
                <w:sz w:val="26"/>
                <w:rtl/>
                <w:szCs w:val="26"/>
              </w:rPr>
              <w:t>spinning top (dreidel)</w:t>
            </w:r>
          </w:p>
        </w:tc>
        <w:tc>
          <w:tcPr>
            <w:tcW w:type="dxa" w:w="2606"/>
          </w:tcPr>
          <w:p>
            <w:pPr>
              <w:bidi/>
              <w:jc w:val="right"/>
            </w:pPr>
            <w:r>
              <w:rPr>
                <w:rFonts w:ascii="Arial" w:hAnsi="Arial" w:cs="Arial"/>
                <w:sz w:val="26"/>
                <w:rtl/>
                <w:szCs w:val="26"/>
              </w:rPr>
              <w:t>волчок (севивон)</w:t>
            </w:r>
          </w:p>
        </w:tc>
        <w:tc>
          <w:tcPr>
            <w:tcW w:type="dxa" w:w="2606"/>
          </w:tcPr>
          <w:p>
            <w:pPr>
              <w:bidi/>
              <w:jc w:val="right"/>
            </w:pPr>
            <w:r>
              <w:rPr>
                <w:rFonts w:ascii="Arial" w:hAnsi="Arial" w:cs="Arial"/>
                <w:sz w:val="26"/>
                <w:rtl/>
                <w:szCs w:val="26"/>
              </w:rPr>
              <w:t>دوّامة (خذروف)</w:t>
            </w:r>
          </w:p>
        </w:tc>
      </w:tr>
      <w:tr>
        <w:tc>
          <w:tcPr>
            <w:tcW w:type="dxa" w:w="2606"/>
          </w:tcPr>
          <w:p>
            <w:pPr>
              <w:bidi/>
              <w:jc w:val="right"/>
            </w:pPr>
            <w:r>
              <w:rPr>
                <w:rFonts w:ascii="Arial" w:hAnsi="Arial" w:cs="Arial"/>
                <w:sz w:val="26"/>
                <w:rtl/>
                <w:szCs w:val="26"/>
              </w:rPr>
              <w:t>חֹדֶשׁ</w:t>
            </w:r>
          </w:p>
        </w:tc>
        <w:tc>
          <w:tcPr>
            <w:tcW w:type="dxa" w:w="2606"/>
          </w:tcPr>
          <w:p>
            <w:pPr>
              <w:bidi/>
              <w:jc w:val="right"/>
            </w:pPr>
            <w:r>
              <w:rPr>
                <w:rFonts w:ascii="Arial" w:hAnsi="Arial" w:cs="Arial"/>
                <w:sz w:val="26"/>
                <w:rtl/>
                <w:szCs w:val="26"/>
              </w:rPr>
              <w:t>month</w:t>
            </w:r>
          </w:p>
        </w:tc>
        <w:tc>
          <w:tcPr>
            <w:tcW w:type="dxa" w:w="2606"/>
          </w:tcPr>
          <w:p>
            <w:pPr>
              <w:bidi/>
              <w:jc w:val="right"/>
            </w:pPr>
            <w:r>
              <w:rPr>
                <w:rFonts w:ascii="Arial" w:hAnsi="Arial" w:cs="Arial"/>
                <w:sz w:val="26"/>
                <w:rtl/>
                <w:szCs w:val="26"/>
              </w:rPr>
              <w:t>месяц</w:t>
            </w:r>
          </w:p>
        </w:tc>
        <w:tc>
          <w:tcPr>
            <w:tcW w:type="dxa" w:w="2606"/>
          </w:tcPr>
          <w:p>
            <w:pPr>
              <w:bidi/>
              <w:jc w:val="right"/>
            </w:pPr>
            <w:r>
              <w:rPr>
                <w:rFonts w:ascii="Arial" w:hAnsi="Arial" w:cs="Arial"/>
                <w:sz w:val="26"/>
                <w:rtl/>
                <w:szCs w:val="26"/>
              </w:rPr>
              <w:t>شهر</w:t>
            </w:r>
          </w:p>
        </w:tc>
      </w:tr>
      <w:tr>
        <w:tc>
          <w:tcPr>
            <w:tcW w:type="dxa" w:w="2606"/>
          </w:tcPr>
          <w:p>
            <w:pPr>
              <w:bidi/>
              <w:jc w:val="right"/>
            </w:pPr>
            <w:r>
              <w:rPr>
                <w:rFonts w:ascii="Arial" w:hAnsi="Arial" w:cs="Arial"/>
                <w:sz w:val="26"/>
                <w:rtl/>
                <w:szCs w:val="26"/>
              </w:rPr>
              <w:t>עֶרֶב</w:t>
            </w:r>
          </w:p>
        </w:tc>
        <w:tc>
          <w:tcPr>
            <w:tcW w:type="dxa" w:w="2606"/>
          </w:tcPr>
          <w:p>
            <w:pPr>
              <w:bidi/>
              <w:jc w:val="right"/>
            </w:pPr>
            <w:r>
              <w:rPr>
                <w:rFonts w:ascii="Arial" w:hAnsi="Arial" w:cs="Arial"/>
                <w:sz w:val="26"/>
                <w:rtl/>
                <w:szCs w:val="26"/>
              </w:rPr>
              <w:t>evening</w:t>
            </w:r>
          </w:p>
        </w:tc>
        <w:tc>
          <w:tcPr>
            <w:tcW w:type="dxa" w:w="2606"/>
          </w:tcPr>
          <w:p>
            <w:pPr>
              <w:bidi/>
              <w:jc w:val="right"/>
            </w:pPr>
            <w:r>
              <w:rPr>
                <w:rFonts w:ascii="Arial" w:hAnsi="Arial" w:cs="Arial"/>
                <w:sz w:val="26"/>
                <w:rtl/>
                <w:szCs w:val="26"/>
              </w:rPr>
              <w:t>вечер</w:t>
            </w:r>
          </w:p>
        </w:tc>
        <w:tc>
          <w:tcPr>
            <w:tcW w:type="dxa" w:w="2606"/>
          </w:tcPr>
          <w:p>
            <w:pPr>
              <w:bidi/>
              <w:jc w:val="right"/>
            </w:pPr>
            <w:r>
              <w:rPr>
                <w:rFonts w:ascii="Arial" w:hAnsi="Arial" w:cs="Arial"/>
                <w:sz w:val="26"/>
                <w:rtl/>
                <w:szCs w:val="26"/>
              </w:rPr>
              <w:t>مساء</w:t>
            </w:r>
          </w:p>
        </w:tc>
      </w:tr>
      <w:tr>
        <w:tc>
          <w:tcPr>
            <w:tcW w:type="dxa" w:w="2606"/>
          </w:tcPr>
          <w:p>
            <w:pPr>
              <w:bidi/>
              <w:jc w:val="right"/>
            </w:pPr>
            <w:r>
              <w:rPr>
                <w:rFonts w:ascii="Arial" w:hAnsi="Arial" w:cs="Arial"/>
                <w:sz w:val="26"/>
                <w:rtl/>
                <w:szCs w:val="26"/>
              </w:rPr>
              <w:t>מְסִבָּה</w:t>
            </w:r>
          </w:p>
        </w:tc>
        <w:tc>
          <w:tcPr>
            <w:tcW w:type="dxa" w:w="2606"/>
          </w:tcPr>
          <w:p>
            <w:pPr>
              <w:bidi/>
              <w:jc w:val="right"/>
            </w:pPr>
            <w:r>
              <w:rPr>
                <w:rFonts w:ascii="Arial" w:hAnsi="Arial" w:cs="Arial"/>
                <w:sz w:val="26"/>
                <w:rtl/>
                <w:szCs w:val="26"/>
              </w:rPr>
              <w:t>party</w:t>
            </w:r>
          </w:p>
        </w:tc>
        <w:tc>
          <w:tcPr>
            <w:tcW w:type="dxa" w:w="2606"/>
          </w:tcPr>
          <w:p>
            <w:pPr>
              <w:bidi/>
              <w:jc w:val="right"/>
            </w:pPr>
            <w:r>
              <w:rPr>
                <w:rFonts w:ascii="Arial" w:hAnsi="Arial" w:cs="Arial"/>
                <w:sz w:val="26"/>
                <w:rtl/>
                <w:szCs w:val="26"/>
              </w:rPr>
              <w:t>праздник, вечеринка</w:t>
            </w:r>
          </w:p>
        </w:tc>
        <w:tc>
          <w:tcPr>
            <w:tcW w:type="dxa" w:w="2606"/>
          </w:tcPr>
          <w:p>
            <w:pPr>
              <w:bidi/>
              <w:jc w:val="right"/>
            </w:pPr>
            <w:r>
              <w:rPr>
                <w:rFonts w:ascii="Arial" w:hAnsi="Arial" w:cs="Arial"/>
                <w:sz w:val="26"/>
                <w:rtl/>
                <w:szCs w:val="26"/>
              </w:rPr>
              <w:t>حفلة</w:t>
            </w:r>
          </w:p>
        </w:tc>
      </w:tr>
      <w:tr>
        <w:tc>
          <w:tcPr>
            <w:tcW w:type="dxa" w:w="2606"/>
          </w:tcPr>
          <w:p>
            <w:pPr>
              <w:bidi/>
              <w:jc w:val="right"/>
            </w:pPr>
            <w:r>
              <w:rPr>
                <w:rFonts w:ascii="Arial" w:hAnsi="Arial" w:cs="Arial"/>
                <w:sz w:val="26"/>
                <w:rtl/>
                <w:szCs w:val="26"/>
              </w:rPr>
              <w:t>חַג</w:t>
            </w:r>
          </w:p>
        </w:tc>
        <w:tc>
          <w:tcPr>
            <w:tcW w:type="dxa" w:w="2606"/>
          </w:tcPr>
          <w:p>
            <w:pPr>
              <w:bidi/>
              <w:jc w:val="right"/>
            </w:pPr>
            <w:r>
              <w:rPr>
                <w:rFonts w:ascii="Arial" w:hAnsi="Arial" w:cs="Arial"/>
                <w:sz w:val="26"/>
                <w:rtl/>
                <w:szCs w:val="26"/>
              </w:rPr>
              <w:t>holiday</w:t>
            </w:r>
          </w:p>
        </w:tc>
        <w:tc>
          <w:tcPr>
            <w:tcW w:type="dxa" w:w="2606"/>
          </w:tcPr>
          <w:p>
            <w:pPr>
              <w:bidi/>
              <w:jc w:val="right"/>
            </w:pPr>
            <w:r>
              <w:rPr>
                <w:rFonts w:ascii="Arial" w:hAnsi="Arial" w:cs="Arial"/>
                <w:sz w:val="26"/>
                <w:rtl/>
                <w:szCs w:val="26"/>
              </w:rPr>
              <w:t>праздник</w:t>
            </w:r>
          </w:p>
        </w:tc>
        <w:tc>
          <w:tcPr>
            <w:tcW w:type="dxa" w:w="2606"/>
          </w:tcPr>
          <w:p>
            <w:pPr>
              <w:bidi/>
              <w:jc w:val="right"/>
            </w:pPr>
            <w:r>
              <w:rPr>
                <w:rFonts w:ascii="Arial" w:hAnsi="Arial" w:cs="Arial"/>
                <w:sz w:val="26"/>
                <w:rtl/>
                <w:szCs w:val="26"/>
              </w:rPr>
              <w:t>عيد</w:t>
            </w:r>
          </w:p>
        </w:tc>
      </w:tr>
    </w:tbl>
    <w:p>
      <w:pPr>
        <w:bidi/>
        <w:jc w:val="right"/>
      </w:pPr>
    </w:p>
    <w:p>
      <w:pPr>
        <w:bidi/>
        <w:jc w:val="right"/>
      </w:pPr>
      <w:r>
        <w:rPr>
          <w:rFonts w:ascii="Arial" w:hAnsi="Arial" w:cs="Arial"/>
          <w:color w:val="888888"/>
          <w:sz w:val="22"/>
          <w:rtl/>
          <w:szCs w:val="22"/>
        </w:rPr>
        <w:t>✂ - - - - - - - - - - - - - - - - - - - - - - - - - - - - - - - -</w:t>
      </w:r>
    </w:p>
    <w:p>
      <w:pPr>
        <w:bidi/>
        <w:jc w:val="right"/>
      </w:pPr>
      <w:r>
        <w:rPr>
          <w:rFonts w:ascii="Arial" w:hAnsi="Arial" w:cs="Arial"/>
          <w:b/>
          <w:sz w:val="26"/>
          <w:rtl/>
          <w:szCs w:val="26"/>
          <w:bCs/>
        </w:rPr>
        <w:t>🎟️ כרטיס יציאה</w:t>
      </w:r>
    </w:p>
    <w:p>
      <w:pPr>
        <w:bidi/>
        <w:jc w:val="right"/>
      </w:pPr>
      <w:r>
        <w:rPr>
          <w:rFonts w:ascii="Arial" w:hAnsi="Arial" w:cs="Arial"/>
          <w:sz w:val="28"/>
          <w:rtl/>
          <w:szCs w:val="28"/>
        </w:rPr>
        <w:t>משהו אחד שלמדתי היום: ______________________</w:t>
      </w:r>
    </w:p>
    <w:p>
      <w:pPr>
        <w:bidi/>
        <w:jc w:val="right"/>
      </w:pPr>
      <w:r>
        <w:rPr>
          <w:rFonts w:ascii="Arial" w:hAnsi="Arial" w:cs="Arial"/>
          <w:sz w:val="28"/>
          <w:rtl/>
          <w:szCs w:val="28"/>
        </w:rPr>
        <w:t>שאלה שנשארה לי: ______________________</w:t>
      </w:r>
    </w:p>
    <w:p>
      <w:pPr>
        <w:bidi/>
        <w:jc w:val="right"/>
      </w:pPr>
      <w:r>
        <w:rPr>
          <w:rFonts w:ascii="Arial" w:hAnsi="Arial" w:cs="Arial"/>
          <w:color w:val="888888"/>
          <w:sz w:val="22"/>
          <w:rtl/>
          <w:szCs w:val="22"/>
        </w:rPr>
        <w:t>✂ - - - - - - - - - - - - - - - - - - - - - - - - - - - - - - - -</w:t>
      </w:r>
    </w:p>
    <w:sectPr w:rsidR="00FC693F" w:rsidRPr="0006063C" w:rsidSect="00034616">
      <w:footerReference w:type="default" r:id="rId9"/>
      <w:pgSz w:w="12240" w:h="15840"/>
      <w:pgMar w:top="907" w:right="907" w:bottom="907" w:left="907"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pStyle w:val="Footer"/>
      <w:jc w:val="center"/>
    </w:pPr>
    <w:r>
      <w:drawing>
        <wp:inline xmlns:a="http://schemas.openxmlformats.org/drawingml/2006/main" xmlns:pic="http://schemas.openxmlformats.org/drawingml/2006/picture">
          <wp:extent cx="324000" cy="324000"/>
          <wp:docPr id="1" name="Picture 1"/>
          <wp:cNvGraphicFramePr>
            <a:graphicFrameLocks noChangeAspect="1"/>
          </wp:cNvGraphicFramePr>
          <a:graphic>
            <a:graphicData uri="http://schemas.openxmlformats.org/drawingml/2006/picture">
              <pic:pic>
                <pic:nvPicPr>
                  <pic:cNvPr id="0" name="logo.png"/>
                  <pic:cNvPicPr/>
                </pic:nvPicPr>
                <pic:blipFill>
                  <a:blip r:embed="rId1"/>
                  <a:stretch>
                    <a:fillRect/>
                  </a:stretch>
                </pic:blipFill>
                <pic:spPr>
                  <a:xfrm>
                    <a:off x="0" y="0"/>
                    <a:ext cx="324000" cy="324000"/>
                  </a:xfrm>
                  <a:prstGeom prst="rect"/>
                </pic:spPr>
              </pic:pic>
            </a:graphicData>
          </a:graphic>
        </wp:inline>
      </w:drawing>
    </w:r>
    <w:r>
      <w:rPr>
        <w:rFonts w:ascii="Arial" w:hAnsi="Arial" w:cs="Arial"/>
        <w:color w:val="555577"/>
        <w:sz w:val="20"/>
        <w:rtl/>
        <w:szCs w:val="20"/>
      </w:rPr>
      <w:t xml:space="preserve">  יצרה: רוית ראש בן ישי</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cs="Arial"/>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cs="Arial"/>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כסליו–חנוכה · יסודי – עולים חדשים</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